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B4242" w14:textId="392F92DB" w:rsidR="00B73C98" w:rsidRDefault="00E7725E">
      <w:pPr>
        <w:pStyle w:val="Title"/>
      </w:pPr>
      <w:r>
        <w:t>Merrimac 150th Celebration Committee</w:t>
      </w:r>
    </w:p>
    <w:p w14:paraId="2699B63E" w14:textId="77777777" w:rsidR="00B73C98" w:rsidRPr="003E55DA" w:rsidRDefault="00E7725E">
      <w:pPr>
        <w:pStyle w:val="Heading1"/>
        <w:rPr>
          <w:rFonts w:cstheme="majorHAnsi"/>
        </w:rPr>
      </w:pPr>
      <w:r w:rsidRPr="003E55DA">
        <w:rPr>
          <w:rFonts w:cstheme="majorHAnsi"/>
        </w:rPr>
        <w:t>Meeting Minutes</w:t>
      </w:r>
    </w:p>
    <w:p w14:paraId="71F14150" w14:textId="66956A9C" w:rsidR="00B73C98" w:rsidRPr="003E55DA" w:rsidRDefault="00E7725E">
      <w:pPr>
        <w:contextualSpacing/>
        <w:rPr>
          <w:rFonts w:asciiTheme="majorHAnsi" w:hAnsiTheme="majorHAnsi" w:cstheme="majorHAnsi"/>
        </w:rPr>
      </w:pPr>
      <w:r w:rsidRPr="003E55DA">
        <w:rPr>
          <w:rFonts w:asciiTheme="majorHAnsi" w:hAnsiTheme="majorHAnsi" w:cstheme="majorHAnsi"/>
        </w:rPr>
        <w:t>Date</w:t>
      </w:r>
      <w:r w:rsidR="00501F87">
        <w:rPr>
          <w:rFonts w:asciiTheme="majorHAnsi" w:hAnsiTheme="majorHAnsi" w:cstheme="majorHAnsi"/>
        </w:rPr>
        <w:t xml:space="preserve">: </w:t>
      </w:r>
      <w:r w:rsidR="00882F40">
        <w:rPr>
          <w:rFonts w:asciiTheme="majorHAnsi" w:hAnsiTheme="majorHAnsi" w:cstheme="majorHAnsi"/>
        </w:rPr>
        <w:t>August 24</w:t>
      </w:r>
      <w:r w:rsidR="00F3029F">
        <w:rPr>
          <w:rFonts w:asciiTheme="majorHAnsi" w:hAnsiTheme="majorHAnsi" w:cstheme="majorHAnsi"/>
        </w:rPr>
        <w:t>,</w:t>
      </w:r>
      <w:r w:rsidR="009A5785">
        <w:rPr>
          <w:rFonts w:asciiTheme="majorHAnsi" w:hAnsiTheme="majorHAnsi" w:cstheme="majorHAnsi"/>
        </w:rPr>
        <w:t xml:space="preserve"> 2026</w:t>
      </w:r>
    </w:p>
    <w:p w14:paraId="4F637D44" w14:textId="4ABC7F4D" w:rsidR="00B73C98" w:rsidRPr="003E55DA" w:rsidRDefault="00E7725E">
      <w:pPr>
        <w:contextualSpacing/>
        <w:rPr>
          <w:rFonts w:asciiTheme="majorHAnsi" w:hAnsiTheme="majorHAnsi" w:cstheme="majorHAnsi"/>
        </w:rPr>
      </w:pPr>
      <w:r w:rsidRPr="003E55DA">
        <w:rPr>
          <w:rFonts w:asciiTheme="majorHAnsi" w:hAnsiTheme="majorHAnsi" w:cstheme="majorHAnsi"/>
        </w:rPr>
        <w:t xml:space="preserve">Location: Merrimac </w:t>
      </w:r>
      <w:r w:rsidR="003863C2">
        <w:rPr>
          <w:rFonts w:asciiTheme="majorHAnsi" w:hAnsiTheme="majorHAnsi" w:cstheme="majorHAnsi"/>
        </w:rPr>
        <w:t xml:space="preserve">Fire </w:t>
      </w:r>
      <w:r w:rsidRPr="003E55DA">
        <w:rPr>
          <w:rFonts w:asciiTheme="majorHAnsi" w:hAnsiTheme="majorHAnsi" w:cstheme="majorHAnsi"/>
        </w:rPr>
        <w:t>Department Conference Room</w:t>
      </w:r>
    </w:p>
    <w:p w14:paraId="36C9866D" w14:textId="77777777" w:rsidR="00B73C98" w:rsidRPr="003E55DA" w:rsidRDefault="00E7725E">
      <w:pPr>
        <w:contextualSpacing/>
        <w:rPr>
          <w:rFonts w:asciiTheme="majorHAnsi" w:hAnsiTheme="majorHAnsi" w:cstheme="majorHAnsi"/>
        </w:rPr>
      </w:pPr>
      <w:r w:rsidRPr="003E55DA">
        <w:rPr>
          <w:rFonts w:asciiTheme="majorHAnsi" w:hAnsiTheme="majorHAnsi" w:cstheme="majorHAnsi"/>
        </w:rPr>
        <w:t>Time: 6:00 PM</w:t>
      </w:r>
    </w:p>
    <w:p w14:paraId="6C36CC93" w14:textId="5A168486" w:rsidR="00B73C98" w:rsidRPr="003E55DA" w:rsidRDefault="00E7725E">
      <w:pPr>
        <w:pStyle w:val="Heading2"/>
        <w:rPr>
          <w:rFonts w:cstheme="majorHAnsi"/>
        </w:rPr>
      </w:pPr>
      <w:r w:rsidRPr="003E55DA">
        <w:rPr>
          <w:rFonts w:cstheme="majorHAnsi"/>
        </w:rPr>
        <w:t>I. CALL TO ORDER</w:t>
      </w:r>
      <w:r w:rsidR="00DB6282">
        <w:rPr>
          <w:rFonts w:cstheme="majorHAnsi"/>
        </w:rPr>
        <w:t xml:space="preserve"> / A</w:t>
      </w:r>
      <w:r w:rsidR="0018583D">
        <w:rPr>
          <w:rFonts w:cstheme="majorHAnsi"/>
        </w:rPr>
        <w:t>TTENDANCE</w:t>
      </w:r>
    </w:p>
    <w:p w14:paraId="4911087D" w14:textId="74E83EF1" w:rsidR="00B73C98" w:rsidRPr="0018583D" w:rsidRDefault="00E7725E" w:rsidP="0018583D">
      <w:pPr>
        <w:rPr>
          <w:rFonts w:asciiTheme="majorHAnsi" w:hAnsiTheme="majorHAnsi" w:cstheme="majorHAnsi"/>
        </w:rPr>
      </w:pPr>
      <w:r w:rsidRPr="003E55DA">
        <w:rPr>
          <w:rFonts w:asciiTheme="majorHAnsi" w:hAnsiTheme="majorHAnsi" w:cstheme="majorHAnsi"/>
        </w:rPr>
        <w:t>The meeting was called to order.</w:t>
      </w:r>
    </w:p>
    <w:p w14:paraId="568740B1" w14:textId="58B07E16" w:rsidR="00143D49" w:rsidRPr="00143D49" w:rsidRDefault="00CF5CC2" w:rsidP="007F6D64">
      <w:pPr>
        <w:rPr>
          <w:rFonts w:asciiTheme="majorHAnsi" w:hAnsiTheme="majorHAnsi" w:cstheme="majorHAnsi"/>
        </w:rPr>
      </w:pPr>
      <w:r w:rsidRPr="003E55DA">
        <w:rPr>
          <w:rFonts w:asciiTheme="majorHAnsi" w:hAnsiTheme="majorHAnsi" w:cstheme="majorHAnsi"/>
        </w:rPr>
        <w:t>PRESENT</w:t>
      </w:r>
      <w:r w:rsidRPr="00441EBA">
        <w:rPr>
          <w:rFonts w:asciiTheme="majorHAnsi" w:hAnsiTheme="majorHAnsi" w:cstheme="majorHAnsi"/>
        </w:rPr>
        <w:t>: Robert L. Gustison II</w:t>
      </w:r>
      <w:r w:rsidR="008E7378" w:rsidRPr="00441EBA">
        <w:rPr>
          <w:rFonts w:asciiTheme="majorHAnsi" w:hAnsiTheme="majorHAnsi" w:cstheme="majorHAnsi"/>
        </w:rPr>
        <w:t xml:space="preserve">, </w:t>
      </w:r>
      <w:r w:rsidR="0044158D" w:rsidRPr="00441EBA">
        <w:rPr>
          <w:rFonts w:asciiTheme="majorHAnsi" w:hAnsiTheme="majorHAnsi" w:cstheme="majorHAnsi"/>
        </w:rPr>
        <w:t xml:space="preserve">Julie Fisher, </w:t>
      </w:r>
      <w:r w:rsidR="00143D49" w:rsidRPr="00441EBA">
        <w:rPr>
          <w:rFonts w:asciiTheme="majorHAnsi" w:hAnsiTheme="majorHAnsi" w:cstheme="majorHAnsi"/>
        </w:rPr>
        <w:t xml:space="preserve">Larry Fisher, </w:t>
      </w:r>
      <w:r w:rsidRPr="00441EBA">
        <w:rPr>
          <w:rFonts w:asciiTheme="majorHAnsi" w:hAnsiTheme="majorHAnsi" w:cstheme="majorHAnsi"/>
        </w:rPr>
        <w:t>Michelle Gustison</w:t>
      </w:r>
      <w:r w:rsidR="00684044" w:rsidRPr="00441EBA">
        <w:rPr>
          <w:rFonts w:asciiTheme="majorHAnsi" w:hAnsiTheme="majorHAnsi" w:cstheme="majorHAnsi"/>
        </w:rPr>
        <w:t xml:space="preserve">, </w:t>
      </w:r>
      <w:r w:rsidR="00654494" w:rsidRPr="00441EBA">
        <w:rPr>
          <w:rFonts w:asciiTheme="majorHAnsi" w:hAnsiTheme="majorHAnsi" w:cstheme="majorHAnsi"/>
        </w:rPr>
        <w:t>Cindy Quinn</w:t>
      </w:r>
      <w:r w:rsidR="00A51B6D" w:rsidRPr="00441EBA">
        <w:rPr>
          <w:rFonts w:asciiTheme="majorHAnsi" w:hAnsiTheme="majorHAnsi" w:cstheme="majorHAnsi"/>
        </w:rPr>
        <w:t>,</w:t>
      </w:r>
      <w:r w:rsidR="006A60A8" w:rsidRPr="006A60A8">
        <w:rPr>
          <w:rFonts w:asciiTheme="majorHAnsi" w:hAnsiTheme="majorHAnsi" w:cstheme="majorHAnsi"/>
        </w:rPr>
        <w:t xml:space="preserve"> </w:t>
      </w:r>
      <w:r w:rsidR="006A60A8" w:rsidRPr="003E55DA">
        <w:rPr>
          <w:rFonts w:asciiTheme="majorHAnsi" w:hAnsiTheme="majorHAnsi" w:cstheme="majorHAnsi"/>
        </w:rPr>
        <w:t>Carol Bourque</w:t>
      </w:r>
      <w:r w:rsidR="00003BDF">
        <w:rPr>
          <w:rFonts w:asciiTheme="majorHAnsi" w:hAnsiTheme="majorHAnsi" w:cstheme="majorHAnsi"/>
        </w:rPr>
        <w:t xml:space="preserve">, Gretchen Fuhr, Amanda </w:t>
      </w:r>
      <w:r w:rsidR="00BF29FE">
        <w:rPr>
          <w:rFonts w:asciiTheme="majorHAnsi" w:hAnsiTheme="majorHAnsi" w:cstheme="majorHAnsi"/>
        </w:rPr>
        <w:t>S</w:t>
      </w:r>
      <w:r w:rsidR="00B73244">
        <w:rPr>
          <w:rFonts w:asciiTheme="majorHAnsi" w:hAnsiTheme="majorHAnsi" w:cstheme="majorHAnsi"/>
        </w:rPr>
        <w:t xml:space="preserve">chell, Danielle </w:t>
      </w:r>
      <w:r w:rsidR="00BE6C3C">
        <w:rPr>
          <w:rFonts w:asciiTheme="majorHAnsi" w:hAnsiTheme="majorHAnsi" w:cstheme="majorHAnsi"/>
        </w:rPr>
        <w:t>Teel, Theresa Nunes</w:t>
      </w:r>
      <w:r w:rsidR="00E65D86">
        <w:rPr>
          <w:rFonts w:asciiTheme="majorHAnsi" w:hAnsiTheme="majorHAnsi" w:cstheme="majorHAnsi"/>
        </w:rPr>
        <w:t>, Kira Ca</w:t>
      </w:r>
      <w:r w:rsidR="007F5EE1">
        <w:rPr>
          <w:rFonts w:asciiTheme="majorHAnsi" w:hAnsiTheme="majorHAnsi" w:cstheme="majorHAnsi"/>
        </w:rPr>
        <w:t>rroll</w:t>
      </w:r>
    </w:p>
    <w:p w14:paraId="75AD9CCC" w14:textId="75FE279F" w:rsidR="00B73C98" w:rsidRPr="007A6551" w:rsidRDefault="00E7725E">
      <w:pPr>
        <w:pStyle w:val="Heading2"/>
        <w:rPr>
          <w:rFonts w:cstheme="majorHAnsi"/>
        </w:rPr>
      </w:pPr>
      <w:r w:rsidRPr="007A6551">
        <w:rPr>
          <w:rFonts w:cstheme="majorHAnsi"/>
        </w:rPr>
        <w:t>I</w:t>
      </w:r>
      <w:r w:rsidR="007F6D64" w:rsidRPr="007A6551">
        <w:rPr>
          <w:rFonts w:cstheme="majorHAnsi"/>
        </w:rPr>
        <w:t>I</w:t>
      </w:r>
      <w:r w:rsidRPr="007A6551">
        <w:rPr>
          <w:rFonts w:cstheme="majorHAnsi"/>
        </w:rPr>
        <w:t xml:space="preserve">. </w:t>
      </w:r>
      <w:r w:rsidR="00CB6ACC" w:rsidRPr="007A6551">
        <w:rPr>
          <w:rFonts w:cstheme="majorHAnsi"/>
        </w:rPr>
        <w:t xml:space="preserve">Approve </w:t>
      </w:r>
      <w:r w:rsidR="004C233A">
        <w:rPr>
          <w:rFonts w:cstheme="majorHAnsi"/>
        </w:rPr>
        <w:t xml:space="preserve">Agenda / </w:t>
      </w:r>
      <w:r w:rsidR="00CB6ACC" w:rsidRPr="007A6551">
        <w:rPr>
          <w:rFonts w:cstheme="majorHAnsi"/>
        </w:rPr>
        <w:t xml:space="preserve">Minutes </w:t>
      </w:r>
      <w:r w:rsidR="002A07EF" w:rsidRPr="007A6551">
        <w:rPr>
          <w:rFonts w:cstheme="majorHAnsi"/>
        </w:rPr>
        <w:t>from previous meeting</w:t>
      </w:r>
      <w:r w:rsidRPr="007A6551">
        <w:rPr>
          <w:rFonts w:cstheme="majorHAnsi"/>
        </w:rPr>
        <w:t xml:space="preserve"> </w:t>
      </w:r>
    </w:p>
    <w:p w14:paraId="61C7383B" w14:textId="26D222D3" w:rsidR="004C233A" w:rsidRDefault="004C233A" w:rsidP="00BD6D2E">
      <w:pPr>
        <w:pStyle w:val="ListParagraph"/>
        <w:numPr>
          <w:ilvl w:val="0"/>
          <w:numId w:val="1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Motion</w:t>
      </w:r>
      <w:r w:rsidR="002E0FD5">
        <w:rPr>
          <w:rFonts w:asciiTheme="majorHAnsi" w:hAnsiTheme="majorHAnsi" w:cstheme="majorHAnsi"/>
        </w:rPr>
        <w:t xml:space="preserve"> to approve</w:t>
      </w:r>
      <w:r w:rsidR="009121DC">
        <w:rPr>
          <w:rFonts w:asciiTheme="majorHAnsi" w:hAnsiTheme="majorHAnsi" w:cstheme="majorHAnsi"/>
        </w:rPr>
        <w:t xml:space="preserve"> tonight’s </w:t>
      </w:r>
      <w:r w:rsidR="002E0FD5">
        <w:rPr>
          <w:rFonts w:asciiTheme="majorHAnsi" w:hAnsiTheme="majorHAnsi" w:cstheme="majorHAnsi"/>
        </w:rPr>
        <w:t>agenda</w:t>
      </w:r>
      <w:r w:rsidR="009121DC">
        <w:rPr>
          <w:rFonts w:asciiTheme="majorHAnsi" w:hAnsiTheme="majorHAnsi" w:cstheme="majorHAnsi"/>
        </w:rPr>
        <w:t xml:space="preserve"> and meeting minutes from </w:t>
      </w:r>
      <w:r w:rsidR="002E0FD5">
        <w:rPr>
          <w:rFonts w:asciiTheme="majorHAnsi" w:hAnsiTheme="majorHAnsi" w:cstheme="majorHAnsi"/>
        </w:rPr>
        <w:t>2</w:t>
      </w:r>
      <w:r w:rsidR="00187090">
        <w:rPr>
          <w:rFonts w:asciiTheme="majorHAnsi" w:hAnsiTheme="majorHAnsi" w:cstheme="majorHAnsi"/>
        </w:rPr>
        <w:t>3Jul</w:t>
      </w:r>
      <w:r w:rsidR="002E0FD5">
        <w:rPr>
          <w:rFonts w:asciiTheme="majorHAnsi" w:hAnsiTheme="majorHAnsi" w:cstheme="majorHAnsi"/>
        </w:rPr>
        <w:t>2026</w:t>
      </w:r>
    </w:p>
    <w:p w14:paraId="1F1992EA" w14:textId="77777777" w:rsidR="003A48AA" w:rsidRPr="007A6551" w:rsidRDefault="003A48AA" w:rsidP="003A48AA">
      <w:pPr>
        <w:ind w:firstLine="720"/>
        <w:contextualSpacing/>
        <w:rPr>
          <w:rFonts w:asciiTheme="majorHAnsi" w:hAnsiTheme="majorHAnsi" w:cstheme="majorHAnsi"/>
        </w:rPr>
      </w:pPr>
      <w:r w:rsidRPr="007A6551">
        <w:rPr>
          <w:rFonts w:asciiTheme="majorHAnsi" w:hAnsiTheme="majorHAnsi" w:cstheme="majorHAnsi"/>
        </w:rPr>
        <w:t>RESULT: APPROVED [UNANIMOUS]</w:t>
      </w:r>
    </w:p>
    <w:p w14:paraId="3325CB1D" w14:textId="77777777" w:rsidR="003A48AA" w:rsidRPr="00736487" w:rsidRDefault="003A48AA" w:rsidP="003A48AA">
      <w:pPr>
        <w:ind w:firstLine="720"/>
        <w:contextualSpacing/>
        <w:rPr>
          <w:rFonts w:asciiTheme="majorHAnsi" w:hAnsiTheme="majorHAnsi" w:cstheme="majorHAnsi"/>
        </w:rPr>
      </w:pPr>
      <w:r w:rsidRPr="00736487">
        <w:rPr>
          <w:rFonts w:asciiTheme="majorHAnsi" w:hAnsiTheme="majorHAnsi" w:cstheme="majorHAnsi"/>
        </w:rPr>
        <w:t>MOVER: M Gustison</w:t>
      </w:r>
    </w:p>
    <w:p w14:paraId="4BEDE28A" w14:textId="302E04E0" w:rsidR="003A48AA" w:rsidRPr="00736487" w:rsidRDefault="003A48AA" w:rsidP="003A48AA">
      <w:pPr>
        <w:ind w:firstLine="720"/>
        <w:contextualSpacing/>
        <w:rPr>
          <w:rFonts w:asciiTheme="majorHAnsi" w:hAnsiTheme="majorHAnsi" w:cstheme="majorHAnsi"/>
        </w:rPr>
      </w:pPr>
      <w:r w:rsidRPr="00736487">
        <w:rPr>
          <w:rFonts w:asciiTheme="majorHAnsi" w:hAnsiTheme="majorHAnsi" w:cstheme="majorHAnsi"/>
        </w:rPr>
        <w:t xml:space="preserve">SECONDER: </w:t>
      </w:r>
      <w:r w:rsidR="009121DC" w:rsidRPr="00736487">
        <w:rPr>
          <w:rFonts w:asciiTheme="majorHAnsi" w:hAnsiTheme="majorHAnsi" w:cstheme="majorHAnsi"/>
        </w:rPr>
        <w:t>J</w:t>
      </w:r>
      <w:r w:rsidRPr="00736487">
        <w:rPr>
          <w:rFonts w:asciiTheme="majorHAnsi" w:hAnsiTheme="majorHAnsi" w:cstheme="majorHAnsi"/>
        </w:rPr>
        <w:t>Fisher</w:t>
      </w:r>
    </w:p>
    <w:p w14:paraId="00189B28" w14:textId="30EC3B5D" w:rsidR="003A48AA" w:rsidRPr="00EA3D74" w:rsidRDefault="003A48AA" w:rsidP="006D763B">
      <w:pPr>
        <w:ind w:left="720"/>
        <w:contextualSpacing/>
        <w:rPr>
          <w:rFonts w:asciiTheme="majorHAnsi" w:hAnsiTheme="majorHAnsi" w:cstheme="majorHAnsi"/>
        </w:rPr>
      </w:pPr>
      <w:r w:rsidRPr="005141A1">
        <w:rPr>
          <w:rFonts w:asciiTheme="majorHAnsi" w:hAnsiTheme="majorHAnsi" w:cstheme="majorHAnsi"/>
        </w:rPr>
        <w:t xml:space="preserve">AYES: Gustison II, </w:t>
      </w:r>
      <w:r w:rsidR="009121DC" w:rsidRPr="005141A1">
        <w:rPr>
          <w:rFonts w:asciiTheme="majorHAnsi" w:hAnsiTheme="majorHAnsi" w:cstheme="majorHAnsi"/>
        </w:rPr>
        <w:t xml:space="preserve">J </w:t>
      </w:r>
      <w:r w:rsidRPr="005141A1">
        <w:rPr>
          <w:rFonts w:asciiTheme="majorHAnsi" w:hAnsiTheme="majorHAnsi" w:cstheme="majorHAnsi"/>
        </w:rPr>
        <w:t xml:space="preserve">Fisher, </w:t>
      </w:r>
      <w:r w:rsidR="009121DC" w:rsidRPr="005141A1">
        <w:rPr>
          <w:rFonts w:asciiTheme="majorHAnsi" w:hAnsiTheme="majorHAnsi" w:cstheme="majorHAnsi"/>
        </w:rPr>
        <w:t xml:space="preserve">L </w:t>
      </w:r>
      <w:r w:rsidRPr="005141A1">
        <w:rPr>
          <w:rFonts w:asciiTheme="majorHAnsi" w:hAnsiTheme="majorHAnsi" w:cstheme="majorHAnsi"/>
        </w:rPr>
        <w:t xml:space="preserve">Fisher, </w:t>
      </w:r>
      <w:r w:rsidR="009121DC" w:rsidRPr="005141A1">
        <w:rPr>
          <w:rFonts w:asciiTheme="majorHAnsi" w:hAnsiTheme="majorHAnsi" w:cstheme="majorHAnsi"/>
        </w:rPr>
        <w:t xml:space="preserve">M </w:t>
      </w:r>
      <w:r w:rsidRPr="005141A1">
        <w:rPr>
          <w:rFonts w:asciiTheme="majorHAnsi" w:hAnsiTheme="majorHAnsi" w:cstheme="majorHAnsi"/>
        </w:rPr>
        <w:t>Gustison, Quinn, Bourque</w:t>
      </w:r>
      <w:r w:rsidR="007F5EE1" w:rsidRPr="005141A1">
        <w:rPr>
          <w:rFonts w:asciiTheme="majorHAnsi" w:hAnsiTheme="majorHAnsi" w:cstheme="majorHAnsi"/>
        </w:rPr>
        <w:t>, Fuhr, Schell, Teel, Nunes, Carroll</w:t>
      </w:r>
    </w:p>
    <w:p w14:paraId="348930C7" w14:textId="77777777" w:rsidR="007F6D64" w:rsidRPr="00EA3D74" w:rsidRDefault="007F6D64" w:rsidP="007F6D64">
      <w:pPr>
        <w:contextualSpacing/>
        <w:rPr>
          <w:rFonts w:asciiTheme="majorHAnsi" w:hAnsiTheme="majorHAnsi" w:cstheme="majorHAnsi"/>
        </w:rPr>
      </w:pPr>
    </w:p>
    <w:p w14:paraId="752F143A" w14:textId="53DB1987" w:rsidR="00501E21" w:rsidRPr="00EA3D74" w:rsidRDefault="00F62D6B" w:rsidP="00EA3D74">
      <w:pPr>
        <w:pStyle w:val="Heading2"/>
      </w:pPr>
      <w:r w:rsidRPr="00EA3D74">
        <w:t xml:space="preserve">III. </w:t>
      </w:r>
      <w:r w:rsidR="006B1605">
        <w:t>Updates</w:t>
      </w:r>
    </w:p>
    <w:p w14:paraId="5C49DA38" w14:textId="20A66DC3" w:rsidR="001D769E" w:rsidRPr="001D769E" w:rsidRDefault="009121DC" w:rsidP="001D769E">
      <w:pPr>
        <w:pStyle w:val="ListParagraph"/>
        <w:numPr>
          <w:ilvl w:val="0"/>
          <w:numId w:val="22"/>
        </w:numPr>
        <w:spacing w:after="160" w:line="278" w:lineRule="auto"/>
        <w:rPr>
          <w:rFonts w:ascii="Calibri" w:hAnsi="Calibri" w:cs="Calibri"/>
        </w:rPr>
      </w:pPr>
      <w:r>
        <w:rPr>
          <w:rFonts w:asciiTheme="majorHAnsi" w:hAnsiTheme="majorHAnsi" w:cstheme="majorHAnsi"/>
        </w:rPr>
        <w:t xml:space="preserve">Committee would like to purchase a </w:t>
      </w:r>
      <w:r w:rsidR="00A42808">
        <w:rPr>
          <w:rFonts w:asciiTheme="majorHAnsi" w:hAnsiTheme="majorHAnsi" w:cstheme="majorHAnsi"/>
        </w:rPr>
        <w:t>two-sided</w:t>
      </w:r>
      <w:r>
        <w:rPr>
          <w:rFonts w:asciiTheme="majorHAnsi" w:hAnsiTheme="majorHAnsi" w:cstheme="majorHAnsi"/>
        </w:rPr>
        <w:t xml:space="preserve"> granite medallion to commemorate the 150</w:t>
      </w:r>
      <w:r w:rsidRPr="009121DC">
        <w:rPr>
          <w:rFonts w:asciiTheme="majorHAnsi" w:hAnsiTheme="majorHAnsi" w:cstheme="majorHAnsi"/>
          <w:vertAlign w:val="superscript"/>
        </w:rPr>
        <w:t>th</w:t>
      </w:r>
      <w:r>
        <w:rPr>
          <w:rFonts w:asciiTheme="majorHAnsi" w:hAnsiTheme="majorHAnsi" w:cstheme="majorHAnsi"/>
        </w:rPr>
        <w:t xml:space="preserve"> anniversary of Merrimac. </w:t>
      </w:r>
      <w:r w:rsidR="00827059">
        <w:rPr>
          <w:rFonts w:asciiTheme="majorHAnsi" w:hAnsiTheme="majorHAnsi" w:cstheme="majorHAnsi"/>
        </w:rPr>
        <w:t>Recently pricing was obtained from a fabricator who would create a 3 piece</w:t>
      </w:r>
      <w:r w:rsidR="00A42808">
        <w:rPr>
          <w:rFonts w:asciiTheme="majorHAnsi" w:hAnsiTheme="majorHAnsi" w:cstheme="majorHAnsi"/>
        </w:rPr>
        <w:t>,</w:t>
      </w:r>
      <w:r w:rsidR="00827059">
        <w:rPr>
          <w:rFonts w:asciiTheme="majorHAnsi" w:hAnsiTheme="majorHAnsi" w:cstheme="majorHAnsi"/>
        </w:rPr>
        <w:t xml:space="preserve"> </w:t>
      </w:r>
      <w:r w:rsidR="0070189B">
        <w:rPr>
          <w:rFonts w:asciiTheme="majorHAnsi" w:hAnsiTheme="majorHAnsi" w:cstheme="majorHAnsi"/>
        </w:rPr>
        <w:t xml:space="preserve">unpolished </w:t>
      </w:r>
      <w:r w:rsidR="00827059">
        <w:rPr>
          <w:rFonts w:asciiTheme="majorHAnsi" w:hAnsiTheme="majorHAnsi" w:cstheme="majorHAnsi"/>
        </w:rPr>
        <w:t>medallion</w:t>
      </w:r>
      <w:r w:rsidR="003E5A8C">
        <w:rPr>
          <w:rFonts w:asciiTheme="majorHAnsi" w:hAnsiTheme="majorHAnsi" w:cstheme="majorHAnsi"/>
        </w:rPr>
        <w:t xml:space="preserve">. </w:t>
      </w:r>
      <w:r w:rsidR="007B1E3F">
        <w:rPr>
          <w:rFonts w:asciiTheme="majorHAnsi" w:hAnsiTheme="majorHAnsi" w:cstheme="majorHAnsi"/>
        </w:rPr>
        <w:t xml:space="preserve">Location </w:t>
      </w:r>
      <w:r w:rsidR="0070189B">
        <w:rPr>
          <w:rFonts w:asciiTheme="majorHAnsi" w:hAnsiTheme="majorHAnsi" w:cstheme="majorHAnsi"/>
        </w:rPr>
        <w:t xml:space="preserve">and pricing </w:t>
      </w:r>
      <w:r w:rsidR="007B1E3F">
        <w:rPr>
          <w:rFonts w:asciiTheme="majorHAnsi" w:hAnsiTheme="majorHAnsi" w:cstheme="majorHAnsi"/>
        </w:rPr>
        <w:t>was discussed.</w:t>
      </w:r>
      <w:r w:rsidR="0070189B">
        <w:rPr>
          <w:rFonts w:asciiTheme="majorHAnsi" w:hAnsiTheme="majorHAnsi" w:cstheme="majorHAnsi"/>
        </w:rPr>
        <w:t xml:space="preserve"> Pricing will be requested from the same fabricator for a one sided design</w:t>
      </w:r>
      <w:r w:rsidR="00CE73C4">
        <w:rPr>
          <w:rFonts w:asciiTheme="majorHAnsi" w:hAnsiTheme="majorHAnsi" w:cstheme="majorHAnsi"/>
        </w:rPr>
        <w:t xml:space="preserve"> for comparrison</w:t>
      </w:r>
      <w:r w:rsidR="00850CEE">
        <w:rPr>
          <w:rFonts w:asciiTheme="majorHAnsi" w:hAnsiTheme="majorHAnsi" w:cstheme="majorHAnsi"/>
        </w:rPr>
        <w:t>.</w:t>
      </w:r>
    </w:p>
    <w:p w14:paraId="20ACA894" w14:textId="07801A97" w:rsidR="009121DC" w:rsidRDefault="00850CEE" w:rsidP="001161D5">
      <w:pPr>
        <w:pStyle w:val="ListParagraph"/>
        <w:numPr>
          <w:ilvl w:val="0"/>
          <w:numId w:val="22"/>
        </w:numPr>
        <w:spacing w:after="160" w:line="278" w:lineRule="auto"/>
        <w:rPr>
          <w:rFonts w:ascii="Calibri" w:hAnsi="Calibri" w:cs="Calibri"/>
        </w:rPr>
      </w:pPr>
      <w:r>
        <w:rPr>
          <w:rFonts w:ascii="Calibri" w:hAnsi="Calibri" w:cs="Calibri"/>
        </w:rPr>
        <w:t>A flag was hung over the state capitol in honor of Merrimac’s 150</w:t>
      </w:r>
      <w:r w:rsidRPr="00850CEE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anniversary. The flag was sent to the town along with a certificate. </w:t>
      </w:r>
      <w:r w:rsidR="003006D3">
        <w:rPr>
          <w:rFonts w:ascii="Calibri" w:hAnsi="Calibri" w:cs="Calibri"/>
        </w:rPr>
        <w:t xml:space="preserve">The group </w:t>
      </w:r>
      <w:r w:rsidR="00CE73C4">
        <w:rPr>
          <w:rFonts w:ascii="Calibri" w:hAnsi="Calibri" w:cs="Calibri"/>
        </w:rPr>
        <w:t>w</w:t>
      </w:r>
      <w:r w:rsidR="003006D3">
        <w:rPr>
          <w:rFonts w:ascii="Calibri" w:hAnsi="Calibri" w:cs="Calibri"/>
        </w:rPr>
        <w:t>ould like to preserve the flag to commemorate the sesquicentennial and hang it in town hall. Prices were sought and one vendor was selected to create a shadow box for the flag and certificate.</w:t>
      </w:r>
    </w:p>
    <w:p w14:paraId="251A4ADE" w14:textId="77777777" w:rsidR="003006D3" w:rsidRDefault="003006D3" w:rsidP="003006D3">
      <w:pPr>
        <w:pStyle w:val="ListParagraph"/>
        <w:rPr>
          <w:rFonts w:asciiTheme="majorHAnsi" w:hAnsiTheme="majorHAnsi" w:cstheme="majorHAnsi"/>
        </w:rPr>
      </w:pPr>
    </w:p>
    <w:p w14:paraId="475938F7" w14:textId="1CBBF00B" w:rsidR="003006D3" w:rsidRDefault="003006D3" w:rsidP="003006D3">
      <w:pPr>
        <w:pStyle w:val="ListParagrap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Motion to preserve flag for $1500 and hang at town hall</w:t>
      </w:r>
    </w:p>
    <w:p w14:paraId="44EB33FF" w14:textId="77777777" w:rsidR="003006D3" w:rsidRPr="007A6551" w:rsidRDefault="003006D3" w:rsidP="003006D3">
      <w:pPr>
        <w:ind w:firstLine="720"/>
        <w:contextualSpacing/>
        <w:rPr>
          <w:rFonts w:asciiTheme="majorHAnsi" w:hAnsiTheme="majorHAnsi" w:cstheme="majorHAnsi"/>
        </w:rPr>
      </w:pPr>
      <w:r w:rsidRPr="007A6551">
        <w:rPr>
          <w:rFonts w:asciiTheme="majorHAnsi" w:hAnsiTheme="majorHAnsi" w:cstheme="majorHAnsi"/>
        </w:rPr>
        <w:t>RESULT: APPROVED [UNANIMOUS]</w:t>
      </w:r>
    </w:p>
    <w:p w14:paraId="0E36966E" w14:textId="77777777" w:rsidR="003006D3" w:rsidRPr="00736487" w:rsidRDefault="003006D3" w:rsidP="003006D3">
      <w:pPr>
        <w:ind w:firstLine="720"/>
        <w:contextualSpacing/>
        <w:rPr>
          <w:rFonts w:asciiTheme="majorHAnsi" w:hAnsiTheme="majorHAnsi" w:cstheme="majorHAnsi"/>
        </w:rPr>
      </w:pPr>
      <w:r w:rsidRPr="00736487">
        <w:rPr>
          <w:rFonts w:asciiTheme="majorHAnsi" w:hAnsiTheme="majorHAnsi" w:cstheme="majorHAnsi"/>
        </w:rPr>
        <w:t>MOVER: M Gustison</w:t>
      </w:r>
    </w:p>
    <w:p w14:paraId="5F35B6CD" w14:textId="345875E7" w:rsidR="003006D3" w:rsidRPr="00736487" w:rsidRDefault="003006D3" w:rsidP="003006D3">
      <w:pPr>
        <w:ind w:firstLine="720"/>
        <w:contextualSpacing/>
        <w:rPr>
          <w:rFonts w:asciiTheme="majorHAnsi" w:hAnsiTheme="majorHAnsi" w:cstheme="majorHAnsi"/>
        </w:rPr>
      </w:pPr>
      <w:r w:rsidRPr="00736487">
        <w:rPr>
          <w:rFonts w:asciiTheme="majorHAnsi" w:hAnsiTheme="majorHAnsi" w:cstheme="majorHAnsi"/>
        </w:rPr>
        <w:t xml:space="preserve">SECONDER: </w:t>
      </w:r>
      <w:r w:rsidR="003A5706">
        <w:rPr>
          <w:rFonts w:asciiTheme="majorHAnsi" w:hAnsiTheme="majorHAnsi" w:cstheme="majorHAnsi"/>
        </w:rPr>
        <w:t>Fuhr</w:t>
      </w:r>
    </w:p>
    <w:p w14:paraId="2AB2C332" w14:textId="77777777" w:rsidR="003006D3" w:rsidRPr="00EA3D74" w:rsidRDefault="003006D3" w:rsidP="003006D3">
      <w:pPr>
        <w:ind w:left="720"/>
        <w:contextualSpacing/>
        <w:rPr>
          <w:rFonts w:asciiTheme="majorHAnsi" w:hAnsiTheme="majorHAnsi" w:cstheme="majorHAnsi"/>
        </w:rPr>
      </w:pPr>
      <w:r w:rsidRPr="005141A1">
        <w:rPr>
          <w:rFonts w:asciiTheme="majorHAnsi" w:hAnsiTheme="majorHAnsi" w:cstheme="majorHAnsi"/>
        </w:rPr>
        <w:t>AYES: Gustison II, J Fisher, L Fisher, M Gustison, Quinn, Bourque, Fuhr, Schell, Teel, Nunes, Carroll</w:t>
      </w:r>
    </w:p>
    <w:p w14:paraId="6C93E714" w14:textId="77777777" w:rsidR="003006D3" w:rsidRPr="003006D3" w:rsidRDefault="003006D3" w:rsidP="003006D3">
      <w:pPr>
        <w:spacing w:after="160" w:line="278" w:lineRule="auto"/>
        <w:ind w:left="360"/>
        <w:rPr>
          <w:rFonts w:ascii="Calibri" w:hAnsi="Calibri" w:cs="Calibri"/>
        </w:rPr>
      </w:pPr>
    </w:p>
    <w:p w14:paraId="205CEAB8" w14:textId="1CA14E38" w:rsidR="00C97F5A" w:rsidRDefault="003A5706" w:rsidP="001161D5">
      <w:pPr>
        <w:pStyle w:val="ListParagraph"/>
        <w:numPr>
          <w:ilvl w:val="0"/>
          <w:numId w:val="22"/>
        </w:numPr>
        <w:spacing w:after="160" w:line="278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We have received inquiries for </w:t>
      </w:r>
      <w:r w:rsidR="00C06079">
        <w:rPr>
          <w:rFonts w:ascii="Calibri" w:hAnsi="Calibri" w:cs="Calibri"/>
        </w:rPr>
        <w:t>150</w:t>
      </w:r>
      <w:r w:rsidR="00C06079" w:rsidRPr="00C06079">
        <w:rPr>
          <w:rFonts w:ascii="Calibri" w:hAnsi="Calibri" w:cs="Calibri"/>
          <w:vertAlign w:val="superscript"/>
        </w:rPr>
        <w:t>th</w:t>
      </w:r>
      <w:r w:rsidR="00C06079">
        <w:rPr>
          <w:rFonts w:ascii="Calibri" w:hAnsi="Calibri" w:cs="Calibri"/>
        </w:rPr>
        <w:t xml:space="preserve"> anniversary </w:t>
      </w:r>
      <w:r>
        <w:rPr>
          <w:rFonts w:ascii="Calibri" w:hAnsi="Calibri" w:cs="Calibri"/>
        </w:rPr>
        <w:t>Christmas ornaments and are currently sold out. Discussion was had if more ornaments should be purchased or if we should work to create a</w:t>
      </w:r>
      <w:r w:rsidR="00FA7F16">
        <w:rPr>
          <w:rFonts w:ascii="Calibri" w:hAnsi="Calibri" w:cs="Calibri"/>
        </w:rPr>
        <w:t>n</w:t>
      </w:r>
      <w:r>
        <w:rPr>
          <w:rFonts w:ascii="Calibri" w:hAnsi="Calibri" w:cs="Calibri"/>
        </w:rPr>
        <w:t xml:space="preserve"> </w:t>
      </w:r>
      <w:r w:rsidR="004368B8">
        <w:rPr>
          <w:rFonts w:ascii="Calibri" w:hAnsi="Calibri" w:cs="Calibri"/>
        </w:rPr>
        <w:t xml:space="preserve">ornament utilizing the </w:t>
      </w:r>
      <w:r w:rsidR="000046CF">
        <w:rPr>
          <w:rFonts w:ascii="Calibri" w:hAnsi="Calibri" w:cs="Calibri"/>
        </w:rPr>
        <w:t>150</w:t>
      </w:r>
      <w:r w:rsidR="000046CF" w:rsidRPr="000046CF">
        <w:rPr>
          <w:rFonts w:ascii="Calibri" w:hAnsi="Calibri" w:cs="Calibri"/>
          <w:vertAlign w:val="superscript"/>
        </w:rPr>
        <w:t>th</w:t>
      </w:r>
      <w:r w:rsidR="000046CF">
        <w:rPr>
          <w:rFonts w:ascii="Calibri" w:hAnsi="Calibri" w:cs="Calibri"/>
        </w:rPr>
        <w:t xml:space="preserve"> </w:t>
      </w:r>
      <w:r w:rsidR="004368B8">
        <w:rPr>
          <w:rFonts w:ascii="Calibri" w:hAnsi="Calibri" w:cs="Calibri"/>
        </w:rPr>
        <w:t>coins</w:t>
      </w:r>
      <w:r w:rsidR="00F4248E">
        <w:rPr>
          <w:rFonts w:ascii="Calibri" w:hAnsi="Calibri" w:cs="Calibri"/>
        </w:rPr>
        <w:t xml:space="preserve"> we already have</w:t>
      </w:r>
      <w:r w:rsidR="004368B8">
        <w:rPr>
          <w:rFonts w:ascii="Calibri" w:hAnsi="Calibri" w:cs="Calibri"/>
        </w:rPr>
        <w:t>. Pricing of 2 different options for turning the coin into an ornament were discussed as well as purchasing more of the previously created ornament.</w:t>
      </w:r>
      <w:r w:rsidR="00540A98">
        <w:rPr>
          <w:rFonts w:ascii="Calibri" w:hAnsi="Calibri" w:cs="Calibri"/>
        </w:rPr>
        <w:t xml:space="preserve"> The group decided to purchase a small amount of the 3D printed holders for the coins and see how they sell</w:t>
      </w:r>
      <w:r w:rsidR="00311278">
        <w:rPr>
          <w:rFonts w:ascii="Calibri" w:hAnsi="Calibri" w:cs="Calibri"/>
        </w:rPr>
        <w:t xml:space="preserve"> at the upcoming events to determine if more will be purchased.</w:t>
      </w:r>
    </w:p>
    <w:p w14:paraId="09B8756D" w14:textId="77777777" w:rsidR="00FA7F16" w:rsidRDefault="00FA7F16" w:rsidP="00FA7F16">
      <w:pPr>
        <w:pStyle w:val="ListParagraph"/>
        <w:rPr>
          <w:rFonts w:asciiTheme="majorHAnsi" w:hAnsiTheme="majorHAnsi" w:cstheme="majorHAnsi"/>
        </w:rPr>
      </w:pPr>
    </w:p>
    <w:p w14:paraId="3E9FC2BE" w14:textId="19BF6605" w:rsidR="00FA7F16" w:rsidRDefault="00FA7F16" w:rsidP="00FA7F16">
      <w:pPr>
        <w:pStyle w:val="ListParagrap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Motion to </w:t>
      </w:r>
      <w:r w:rsidR="002C678E">
        <w:rPr>
          <w:rFonts w:asciiTheme="majorHAnsi" w:hAnsiTheme="majorHAnsi" w:cstheme="majorHAnsi"/>
        </w:rPr>
        <w:t xml:space="preserve">purchase 50 domestically 3D printed ornament holders </w:t>
      </w:r>
      <w:r w:rsidR="00BA7AEF">
        <w:rPr>
          <w:rFonts w:asciiTheme="majorHAnsi" w:hAnsiTheme="majorHAnsi" w:cstheme="majorHAnsi"/>
        </w:rPr>
        <w:t>to hold the 150</w:t>
      </w:r>
      <w:r w:rsidR="00F4248E">
        <w:rPr>
          <w:rFonts w:asciiTheme="majorHAnsi" w:hAnsiTheme="majorHAnsi" w:cstheme="majorHAnsi"/>
        </w:rPr>
        <w:t>th</w:t>
      </w:r>
      <w:r w:rsidR="00BA7AEF">
        <w:rPr>
          <w:rFonts w:asciiTheme="majorHAnsi" w:hAnsiTheme="majorHAnsi" w:cstheme="majorHAnsi"/>
        </w:rPr>
        <w:t xml:space="preserve"> coin, </w:t>
      </w:r>
      <w:r w:rsidR="002C678E">
        <w:rPr>
          <w:rFonts w:asciiTheme="majorHAnsi" w:hAnsiTheme="majorHAnsi" w:cstheme="majorHAnsi"/>
        </w:rPr>
        <w:t>at cost of $3 per unit.</w:t>
      </w:r>
    </w:p>
    <w:p w14:paraId="11FECD2A" w14:textId="77777777" w:rsidR="00FA7F16" w:rsidRPr="00FA7F16" w:rsidRDefault="00FA7F16" w:rsidP="00FA7F16">
      <w:pPr>
        <w:pStyle w:val="ListParagraph"/>
        <w:rPr>
          <w:rFonts w:asciiTheme="majorHAnsi" w:hAnsiTheme="majorHAnsi" w:cstheme="majorHAnsi"/>
        </w:rPr>
      </w:pPr>
      <w:r w:rsidRPr="00FA7F16">
        <w:rPr>
          <w:rFonts w:asciiTheme="majorHAnsi" w:hAnsiTheme="majorHAnsi" w:cstheme="majorHAnsi"/>
        </w:rPr>
        <w:t>RESULT: APPROVED [UNANIMOUS]</w:t>
      </w:r>
    </w:p>
    <w:p w14:paraId="77118B70" w14:textId="77777777" w:rsidR="00FA7F16" w:rsidRPr="00FA7F16" w:rsidRDefault="00FA7F16" w:rsidP="00FA7F16">
      <w:pPr>
        <w:pStyle w:val="ListParagraph"/>
        <w:rPr>
          <w:rFonts w:asciiTheme="majorHAnsi" w:hAnsiTheme="majorHAnsi" w:cstheme="majorHAnsi"/>
        </w:rPr>
      </w:pPr>
      <w:r w:rsidRPr="00FA7F16">
        <w:rPr>
          <w:rFonts w:asciiTheme="majorHAnsi" w:hAnsiTheme="majorHAnsi" w:cstheme="majorHAnsi"/>
        </w:rPr>
        <w:t>MOVER: M Gustison</w:t>
      </w:r>
    </w:p>
    <w:p w14:paraId="771F36F4" w14:textId="01CDC246" w:rsidR="00FA7F16" w:rsidRPr="00FA7F16" w:rsidRDefault="00FA7F16" w:rsidP="00FA7F16">
      <w:pPr>
        <w:pStyle w:val="ListParagraph"/>
        <w:rPr>
          <w:rFonts w:asciiTheme="majorHAnsi" w:hAnsiTheme="majorHAnsi" w:cstheme="majorHAnsi"/>
        </w:rPr>
      </w:pPr>
      <w:r w:rsidRPr="00FA7F16">
        <w:rPr>
          <w:rFonts w:asciiTheme="majorHAnsi" w:hAnsiTheme="majorHAnsi" w:cstheme="majorHAnsi"/>
        </w:rPr>
        <w:t xml:space="preserve">SECONDER: </w:t>
      </w:r>
      <w:r w:rsidR="000046CF">
        <w:rPr>
          <w:rFonts w:asciiTheme="majorHAnsi" w:hAnsiTheme="majorHAnsi" w:cstheme="majorHAnsi"/>
        </w:rPr>
        <w:t>J Fisher</w:t>
      </w:r>
    </w:p>
    <w:p w14:paraId="038C24CE" w14:textId="77777777" w:rsidR="00FA7F16" w:rsidRPr="00FA7F16" w:rsidRDefault="00FA7F16" w:rsidP="00FA7F16">
      <w:pPr>
        <w:pStyle w:val="ListParagraph"/>
        <w:rPr>
          <w:rFonts w:asciiTheme="majorHAnsi" w:hAnsiTheme="majorHAnsi" w:cstheme="majorHAnsi"/>
        </w:rPr>
      </w:pPr>
      <w:r w:rsidRPr="00FA7F16">
        <w:rPr>
          <w:rFonts w:asciiTheme="majorHAnsi" w:hAnsiTheme="majorHAnsi" w:cstheme="majorHAnsi"/>
        </w:rPr>
        <w:t>AYES: Gustison II, J Fisher, L Fisher, M Gustison, Quinn, Bourque, Fuhr, Schell, Teel, Nunes, Carroll</w:t>
      </w:r>
    </w:p>
    <w:p w14:paraId="42899821" w14:textId="77777777" w:rsidR="00311278" w:rsidRPr="00311278" w:rsidRDefault="00311278" w:rsidP="00311278">
      <w:pPr>
        <w:pStyle w:val="ListParagraph"/>
        <w:spacing w:after="160" w:line="278" w:lineRule="auto"/>
        <w:rPr>
          <w:rFonts w:ascii="Calibri" w:hAnsi="Calibri" w:cs="Calibri"/>
        </w:rPr>
      </w:pPr>
    </w:p>
    <w:p w14:paraId="55B31431" w14:textId="475CCEE9" w:rsidR="00CB03A5" w:rsidRPr="00BC2332" w:rsidRDefault="00851FF1" w:rsidP="001161D5">
      <w:pPr>
        <w:pStyle w:val="ListParagraph"/>
        <w:numPr>
          <w:ilvl w:val="0"/>
          <w:numId w:val="22"/>
        </w:numPr>
        <w:spacing w:after="160" w:line="278" w:lineRule="auto"/>
        <w:rPr>
          <w:rFonts w:ascii="Calibri" w:hAnsi="Calibri" w:cs="Calibri"/>
        </w:rPr>
      </w:pPr>
      <w:r w:rsidRPr="001161D5">
        <w:rPr>
          <w:rFonts w:asciiTheme="majorHAnsi" w:hAnsiTheme="majorHAnsi" w:cstheme="majorHAnsi"/>
        </w:rPr>
        <w:t>150</w:t>
      </w:r>
      <w:r w:rsidRPr="001161D5">
        <w:rPr>
          <w:rFonts w:asciiTheme="majorHAnsi" w:hAnsiTheme="majorHAnsi" w:cstheme="majorHAnsi"/>
          <w:vertAlign w:val="superscript"/>
        </w:rPr>
        <w:t>th</w:t>
      </w:r>
      <w:r w:rsidRPr="001161D5">
        <w:rPr>
          <w:rFonts w:asciiTheme="majorHAnsi" w:hAnsiTheme="majorHAnsi" w:cstheme="majorHAnsi"/>
        </w:rPr>
        <w:t xml:space="preserve"> </w:t>
      </w:r>
      <w:r w:rsidR="00CB03A5" w:rsidRPr="001161D5">
        <w:rPr>
          <w:rFonts w:asciiTheme="majorHAnsi" w:hAnsiTheme="majorHAnsi" w:cstheme="majorHAnsi"/>
        </w:rPr>
        <w:t>Block Party</w:t>
      </w:r>
      <w:r w:rsidR="005E01EA" w:rsidRPr="001161D5">
        <w:rPr>
          <w:rFonts w:asciiTheme="majorHAnsi" w:hAnsiTheme="majorHAnsi" w:cstheme="majorHAnsi"/>
        </w:rPr>
        <w:t xml:space="preserve"> Food Truck Festival</w:t>
      </w:r>
      <w:r w:rsidR="00CB03A5" w:rsidRPr="001161D5">
        <w:rPr>
          <w:rFonts w:asciiTheme="majorHAnsi" w:hAnsiTheme="majorHAnsi" w:cstheme="majorHAnsi"/>
        </w:rPr>
        <w:t xml:space="preserve"> will be held September 26, 2026</w:t>
      </w:r>
      <w:r w:rsidR="005E01EA" w:rsidRPr="001161D5">
        <w:rPr>
          <w:rFonts w:asciiTheme="majorHAnsi" w:hAnsiTheme="majorHAnsi" w:cstheme="majorHAnsi"/>
        </w:rPr>
        <w:t xml:space="preserve"> from 12-5pm at Waterhouse Field</w:t>
      </w:r>
      <w:r w:rsidR="00CB03A5" w:rsidRPr="001161D5">
        <w:rPr>
          <w:rFonts w:asciiTheme="majorHAnsi" w:hAnsiTheme="majorHAnsi" w:cstheme="majorHAnsi"/>
        </w:rPr>
        <w:t xml:space="preserve">. </w:t>
      </w:r>
      <w:r w:rsidR="005E01EA" w:rsidRPr="001161D5">
        <w:rPr>
          <w:rFonts w:asciiTheme="majorHAnsi" w:hAnsiTheme="majorHAnsi" w:cstheme="majorHAnsi"/>
        </w:rPr>
        <w:t xml:space="preserve">There will be </w:t>
      </w:r>
      <w:r w:rsidR="002B2936" w:rsidRPr="001161D5">
        <w:rPr>
          <w:rFonts w:asciiTheme="majorHAnsi" w:hAnsiTheme="majorHAnsi" w:cstheme="majorHAnsi"/>
        </w:rPr>
        <w:t xml:space="preserve">15+ food trucks, artisans, vendors, </w:t>
      </w:r>
      <w:r w:rsidR="008323B7">
        <w:rPr>
          <w:rFonts w:asciiTheme="majorHAnsi" w:hAnsiTheme="majorHAnsi" w:cstheme="majorHAnsi"/>
        </w:rPr>
        <w:t>68 foot obstacle course, lawn activities, bounce house, live music, kids games</w:t>
      </w:r>
      <w:r w:rsidR="00D054AC" w:rsidRPr="001161D5">
        <w:rPr>
          <w:rFonts w:asciiTheme="majorHAnsi" w:hAnsiTheme="majorHAnsi" w:cstheme="majorHAnsi"/>
        </w:rPr>
        <w:t>, picnic area and much more.</w:t>
      </w:r>
      <w:r w:rsidR="002356F7">
        <w:rPr>
          <w:rFonts w:asciiTheme="majorHAnsi" w:hAnsiTheme="majorHAnsi" w:cstheme="majorHAnsi"/>
        </w:rPr>
        <w:t xml:space="preserve"> </w:t>
      </w:r>
      <w:r w:rsidR="0037103E">
        <w:rPr>
          <w:rFonts w:asciiTheme="majorHAnsi" w:hAnsiTheme="majorHAnsi" w:cstheme="majorHAnsi"/>
        </w:rPr>
        <w:t>Seeking volunteers to help</w:t>
      </w:r>
      <w:r w:rsidR="00311278">
        <w:rPr>
          <w:rFonts w:asciiTheme="majorHAnsi" w:hAnsiTheme="majorHAnsi" w:cstheme="majorHAnsi"/>
        </w:rPr>
        <w:t>, a signup genius will be created soon for those interested</w:t>
      </w:r>
      <w:r w:rsidR="0097309D">
        <w:rPr>
          <w:rFonts w:asciiTheme="majorHAnsi" w:hAnsiTheme="majorHAnsi" w:cstheme="majorHAnsi"/>
        </w:rPr>
        <w:t>.</w:t>
      </w:r>
      <w:r w:rsidR="00311278">
        <w:rPr>
          <w:rFonts w:asciiTheme="majorHAnsi" w:hAnsiTheme="majorHAnsi" w:cstheme="majorHAnsi"/>
        </w:rPr>
        <w:t xml:space="preserve"> All committee members were encouraged to share</w:t>
      </w:r>
      <w:r w:rsidR="0033282E">
        <w:rPr>
          <w:rFonts w:asciiTheme="majorHAnsi" w:hAnsiTheme="majorHAnsi" w:cstheme="majorHAnsi"/>
        </w:rPr>
        <w:t>/publicize the event as much as possible.</w:t>
      </w:r>
      <w:r w:rsidR="00BB0DBE">
        <w:rPr>
          <w:rFonts w:asciiTheme="majorHAnsi" w:hAnsiTheme="majorHAnsi" w:cstheme="majorHAnsi"/>
        </w:rPr>
        <w:t xml:space="preserve"> There will be a large map for community members to pin point where they live now and where they used to live in Merrimac.</w:t>
      </w:r>
    </w:p>
    <w:p w14:paraId="79874079" w14:textId="44A08B25" w:rsidR="002356F7" w:rsidRPr="00A06A93" w:rsidRDefault="002356F7" w:rsidP="002356F7">
      <w:pPr>
        <w:ind w:left="720"/>
        <w:contextualSpacing/>
        <w:rPr>
          <w:rFonts w:asciiTheme="majorHAnsi" w:hAnsiTheme="majorHAnsi" w:cstheme="majorHAnsi"/>
          <w:highlight w:val="green"/>
        </w:rPr>
      </w:pPr>
      <w:r>
        <w:rPr>
          <w:rFonts w:asciiTheme="majorHAnsi" w:hAnsiTheme="majorHAnsi" w:cstheme="majorHAnsi"/>
        </w:rPr>
        <w:t xml:space="preserve">Motion </w:t>
      </w:r>
      <w:r w:rsidR="00AE5A2F">
        <w:rPr>
          <w:rFonts w:asciiTheme="majorHAnsi" w:hAnsiTheme="majorHAnsi" w:cstheme="majorHAnsi"/>
        </w:rPr>
        <w:t xml:space="preserve">for Lauren to pay the invoice for the </w:t>
      </w:r>
      <w:r w:rsidR="00547300">
        <w:rPr>
          <w:rFonts w:asciiTheme="majorHAnsi" w:hAnsiTheme="majorHAnsi" w:cstheme="majorHAnsi"/>
        </w:rPr>
        <w:t>68 foot obstacle course</w:t>
      </w:r>
    </w:p>
    <w:p w14:paraId="22D80402" w14:textId="77777777" w:rsidR="00547300" w:rsidRDefault="002356F7" w:rsidP="00547300">
      <w:pPr>
        <w:ind w:firstLine="720"/>
        <w:contextualSpacing/>
        <w:rPr>
          <w:rFonts w:asciiTheme="majorHAnsi" w:hAnsiTheme="majorHAnsi" w:cstheme="majorHAnsi"/>
        </w:rPr>
      </w:pPr>
      <w:r w:rsidRPr="005344B0">
        <w:rPr>
          <w:rFonts w:asciiTheme="majorHAnsi" w:hAnsiTheme="majorHAnsi" w:cstheme="majorHAnsi"/>
        </w:rPr>
        <w:t>RESULT: APPROVED [UNANIMOUS]</w:t>
      </w:r>
    </w:p>
    <w:p w14:paraId="378F629B" w14:textId="77777777" w:rsidR="00547300" w:rsidRDefault="00547300" w:rsidP="00547300">
      <w:pPr>
        <w:ind w:firstLine="720"/>
        <w:contextualSpacing/>
        <w:rPr>
          <w:rFonts w:asciiTheme="majorHAnsi" w:hAnsiTheme="majorHAnsi" w:cstheme="majorHAnsi"/>
        </w:rPr>
      </w:pPr>
      <w:r w:rsidRPr="00547300">
        <w:rPr>
          <w:rFonts w:asciiTheme="majorHAnsi" w:hAnsiTheme="majorHAnsi" w:cstheme="majorHAnsi"/>
        </w:rPr>
        <w:t>MOVER: M Gustison</w:t>
      </w:r>
    </w:p>
    <w:p w14:paraId="274EF7F7" w14:textId="77777777" w:rsidR="005344B0" w:rsidRDefault="00547300" w:rsidP="005344B0">
      <w:pPr>
        <w:ind w:firstLine="720"/>
        <w:contextualSpacing/>
        <w:rPr>
          <w:rFonts w:asciiTheme="majorHAnsi" w:hAnsiTheme="majorHAnsi" w:cstheme="majorHAnsi"/>
        </w:rPr>
      </w:pPr>
      <w:r w:rsidRPr="00547300">
        <w:rPr>
          <w:rFonts w:asciiTheme="majorHAnsi" w:hAnsiTheme="majorHAnsi" w:cstheme="majorHAnsi"/>
        </w:rPr>
        <w:t>SECONDER: J Fisher</w:t>
      </w:r>
    </w:p>
    <w:p w14:paraId="002E2CE3" w14:textId="4852B0A1" w:rsidR="00547300" w:rsidRPr="005344B0" w:rsidRDefault="00547300" w:rsidP="005344B0">
      <w:pPr>
        <w:ind w:left="720"/>
        <w:contextualSpacing/>
        <w:rPr>
          <w:rFonts w:asciiTheme="majorHAnsi" w:hAnsiTheme="majorHAnsi" w:cstheme="majorHAnsi"/>
          <w:highlight w:val="green"/>
        </w:rPr>
      </w:pPr>
      <w:r w:rsidRPr="00547300">
        <w:rPr>
          <w:rFonts w:asciiTheme="majorHAnsi" w:hAnsiTheme="majorHAnsi" w:cstheme="majorHAnsi"/>
        </w:rPr>
        <w:t>AYES: Gustison II, J Fisher, L Fisher, M Gustison, Quinn, Bourque, Fuhr, Schell, Teel, Nunes, Carroll</w:t>
      </w:r>
    </w:p>
    <w:p w14:paraId="2C98B5E8" w14:textId="77777777" w:rsidR="002356F7" w:rsidRPr="00EA3D74" w:rsidRDefault="002356F7" w:rsidP="00F25C81">
      <w:pPr>
        <w:ind w:left="720"/>
        <w:contextualSpacing/>
        <w:rPr>
          <w:rFonts w:asciiTheme="majorHAnsi" w:hAnsiTheme="majorHAnsi" w:cstheme="majorHAnsi"/>
        </w:rPr>
      </w:pPr>
    </w:p>
    <w:p w14:paraId="701B5727" w14:textId="41A41754" w:rsidR="00822D3C" w:rsidRPr="00A06A93" w:rsidRDefault="00822D3C" w:rsidP="00822D3C">
      <w:pPr>
        <w:ind w:left="720"/>
        <w:contextualSpacing/>
        <w:rPr>
          <w:rFonts w:asciiTheme="majorHAnsi" w:hAnsiTheme="majorHAnsi" w:cstheme="majorHAnsi"/>
          <w:highlight w:val="green"/>
        </w:rPr>
      </w:pPr>
      <w:r>
        <w:rPr>
          <w:rFonts w:asciiTheme="majorHAnsi" w:hAnsiTheme="majorHAnsi" w:cstheme="majorHAnsi"/>
        </w:rPr>
        <w:t>Motion for Amanda to source items required for kids games to be reimbursed later by the group</w:t>
      </w:r>
    </w:p>
    <w:p w14:paraId="63EB5DCA" w14:textId="77777777" w:rsidR="00822D3C" w:rsidRDefault="00822D3C" w:rsidP="00822D3C">
      <w:pPr>
        <w:ind w:firstLine="720"/>
        <w:contextualSpacing/>
        <w:rPr>
          <w:rFonts w:asciiTheme="majorHAnsi" w:hAnsiTheme="majorHAnsi" w:cstheme="majorHAnsi"/>
        </w:rPr>
      </w:pPr>
      <w:r w:rsidRPr="005344B0">
        <w:rPr>
          <w:rFonts w:asciiTheme="majorHAnsi" w:hAnsiTheme="majorHAnsi" w:cstheme="majorHAnsi"/>
        </w:rPr>
        <w:t>RESULT: APPROVED [UNANIMOUS]</w:t>
      </w:r>
    </w:p>
    <w:p w14:paraId="5779FA81" w14:textId="77777777" w:rsidR="00822D3C" w:rsidRDefault="00822D3C" w:rsidP="00822D3C">
      <w:pPr>
        <w:ind w:firstLine="720"/>
        <w:contextualSpacing/>
        <w:rPr>
          <w:rFonts w:asciiTheme="majorHAnsi" w:hAnsiTheme="majorHAnsi" w:cstheme="majorHAnsi"/>
        </w:rPr>
      </w:pPr>
      <w:r w:rsidRPr="00547300">
        <w:rPr>
          <w:rFonts w:asciiTheme="majorHAnsi" w:hAnsiTheme="majorHAnsi" w:cstheme="majorHAnsi"/>
        </w:rPr>
        <w:t>MOVER: M Gustison</w:t>
      </w:r>
    </w:p>
    <w:p w14:paraId="7D8C04D2" w14:textId="77777777" w:rsidR="00822D3C" w:rsidRDefault="00822D3C" w:rsidP="00822D3C">
      <w:pPr>
        <w:ind w:firstLine="720"/>
        <w:contextualSpacing/>
        <w:rPr>
          <w:rFonts w:asciiTheme="majorHAnsi" w:hAnsiTheme="majorHAnsi" w:cstheme="majorHAnsi"/>
        </w:rPr>
      </w:pPr>
      <w:r w:rsidRPr="00547300">
        <w:rPr>
          <w:rFonts w:asciiTheme="majorHAnsi" w:hAnsiTheme="majorHAnsi" w:cstheme="majorHAnsi"/>
        </w:rPr>
        <w:t>SECONDER: J Fisher</w:t>
      </w:r>
    </w:p>
    <w:p w14:paraId="7FA1E3F2" w14:textId="77777777" w:rsidR="00822D3C" w:rsidRPr="005344B0" w:rsidRDefault="00822D3C" w:rsidP="00822D3C">
      <w:pPr>
        <w:ind w:left="720"/>
        <w:contextualSpacing/>
        <w:rPr>
          <w:rFonts w:asciiTheme="majorHAnsi" w:hAnsiTheme="majorHAnsi" w:cstheme="majorHAnsi"/>
          <w:highlight w:val="green"/>
        </w:rPr>
      </w:pPr>
      <w:r w:rsidRPr="00547300">
        <w:rPr>
          <w:rFonts w:asciiTheme="majorHAnsi" w:hAnsiTheme="majorHAnsi" w:cstheme="majorHAnsi"/>
        </w:rPr>
        <w:t>AYES: Gustison II, J Fisher, L Fisher, M Gustison, Quinn, Bourque, Fuhr, Schell, Teel, Nunes, Carroll</w:t>
      </w:r>
    </w:p>
    <w:p w14:paraId="0FC80463" w14:textId="77777777" w:rsidR="00F25C81" w:rsidRDefault="00F25C81" w:rsidP="00F25C81">
      <w:pPr>
        <w:spacing w:after="160" w:line="278" w:lineRule="auto"/>
        <w:ind w:left="720"/>
        <w:rPr>
          <w:rFonts w:ascii="Calibri" w:hAnsi="Calibri" w:cs="Calibri"/>
        </w:rPr>
      </w:pPr>
    </w:p>
    <w:p w14:paraId="058F4C04" w14:textId="21B4D955" w:rsidR="001021E8" w:rsidRPr="00A06A93" w:rsidRDefault="001021E8" w:rsidP="001021E8">
      <w:pPr>
        <w:ind w:left="720"/>
        <w:contextualSpacing/>
        <w:rPr>
          <w:rFonts w:asciiTheme="majorHAnsi" w:hAnsiTheme="majorHAnsi" w:cstheme="majorHAnsi"/>
          <w:highlight w:val="green"/>
        </w:rPr>
      </w:pPr>
      <w:r>
        <w:rPr>
          <w:rFonts w:asciiTheme="majorHAnsi" w:hAnsiTheme="majorHAnsi" w:cstheme="majorHAnsi"/>
        </w:rPr>
        <w:t>Motion for Cindy to purchase 25 maps of Merrimac for sale</w:t>
      </w:r>
    </w:p>
    <w:p w14:paraId="6563E22F" w14:textId="77777777" w:rsidR="001021E8" w:rsidRDefault="001021E8" w:rsidP="001021E8">
      <w:pPr>
        <w:ind w:firstLine="720"/>
        <w:contextualSpacing/>
        <w:rPr>
          <w:rFonts w:asciiTheme="majorHAnsi" w:hAnsiTheme="majorHAnsi" w:cstheme="majorHAnsi"/>
        </w:rPr>
      </w:pPr>
      <w:r w:rsidRPr="005344B0">
        <w:rPr>
          <w:rFonts w:asciiTheme="majorHAnsi" w:hAnsiTheme="majorHAnsi" w:cstheme="majorHAnsi"/>
        </w:rPr>
        <w:t>RESULT: APPROVED [UNANIMOUS]</w:t>
      </w:r>
    </w:p>
    <w:p w14:paraId="43E90FC6" w14:textId="16E757C7" w:rsidR="001021E8" w:rsidRDefault="001021E8" w:rsidP="001021E8">
      <w:pPr>
        <w:ind w:firstLine="720"/>
        <w:contextualSpacing/>
        <w:rPr>
          <w:rFonts w:asciiTheme="majorHAnsi" w:hAnsiTheme="majorHAnsi" w:cstheme="majorHAnsi"/>
        </w:rPr>
      </w:pPr>
      <w:r w:rsidRPr="00547300">
        <w:rPr>
          <w:rFonts w:asciiTheme="majorHAnsi" w:hAnsiTheme="majorHAnsi" w:cstheme="majorHAnsi"/>
        </w:rPr>
        <w:t>MOVER: Gustison</w:t>
      </w:r>
      <w:r>
        <w:rPr>
          <w:rFonts w:asciiTheme="majorHAnsi" w:hAnsiTheme="majorHAnsi" w:cstheme="majorHAnsi"/>
        </w:rPr>
        <w:t xml:space="preserve"> II</w:t>
      </w:r>
    </w:p>
    <w:p w14:paraId="5F0EEB94" w14:textId="77777777" w:rsidR="001021E8" w:rsidRDefault="001021E8" w:rsidP="001021E8">
      <w:pPr>
        <w:ind w:firstLine="720"/>
        <w:contextualSpacing/>
        <w:rPr>
          <w:rFonts w:asciiTheme="majorHAnsi" w:hAnsiTheme="majorHAnsi" w:cstheme="majorHAnsi"/>
        </w:rPr>
      </w:pPr>
      <w:r w:rsidRPr="00547300">
        <w:rPr>
          <w:rFonts w:asciiTheme="majorHAnsi" w:hAnsiTheme="majorHAnsi" w:cstheme="majorHAnsi"/>
        </w:rPr>
        <w:t>SECONDER: J Fisher</w:t>
      </w:r>
    </w:p>
    <w:p w14:paraId="5A708600" w14:textId="77777777" w:rsidR="001021E8" w:rsidRPr="005344B0" w:rsidRDefault="001021E8" w:rsidP="001021E8">
      <w:pPr>
        <w:ind w:left="720"/>
        <w:contextualSpacing/>
        <w:rPr>
          <w:rFonts w:asciiTheme="majorHAnsi" w:hAnsiTheme="majorHAnsi" w:cstheme="majorHAnsi"/>
          <w:highlight w:val="green"/>
        </w:rPr>
      </w:pPr>
      <w:r w:rsidRPr="00547300">
        <w:rPr>
          <w:rFonts w:asciiTheme="majorHAnsi" w:hAnsiTheme="majorHAnsi" w:cstheme="majorHAnsi"/>
        </w:rPr>
        <w:lastRenderedPageBreak/>
        <w:t>AYES: Gustison II, J Fisher, L Fisher, M Gustison, Quinn, Bourque, Fuhr, Schell, Teel, Nunes, Carroll</w:t>
      </w:r>
    </w:p>
    <w:p w14:paraId="443021D9" w14:textId="77777777" w:rsidR="001021E8" w:rsidRPr="005B22D2" w:rsidRDefault="001021E8" w:rsidP="00F25C81">
      <w:pPr>
        <w:spacing w:after="160" w:line="278" w:lineRule="auto"/>
        <w:ind w:left="720"/>
        <w:rPr>
          <w:rFonts w:ascii="Calibri" w:hAnsi="Calibri" w:cs="Calibri"/>
        </w:rPr>
      </w:pPr>
    </w:p>
    <w:p w14:paraId="4D4E2524" w14:textId="55DD1B48" w:rsidR="00FD629A" w:rsidRPr="002356F7" w:rsidRDefault="00300B7A" w:rsidP="002356F7">
      <w:pPr>
        <w:pStyle w:val="ListParagraph"/>
        <w:numPr>
          <w:ilvl w:val="0"/>
          <w:numId w:val="22"/>
        </w:numPr>
        <w:spacing w:after="160" w:line="278" w:lineRule="auto"/>
        <w:rPr>
          <w:rFonts w:ascii="Calibri" w:hAnsi="Calibri" w:cs="Calibri"/>
        </w:rPr>
      </w:pPr>
      <w:r>
        <w:rPr>
          <w:rFonts w:asciiTheme="majorHAnsi" w:hAnsiTheme="majorHAnsi" w:cstheme="majorHAnsi"/>
        </w:rPr>
        <w:t xml:space="preserve">Passport </w:t>
      </w:r>
      <w:r w:rsidR="009F5C53">
        <w:rPr>
          <w:rFonts w:asciiTheme="majorHAnsi" w:hAnsiTheme="majorHAnsi" w:cstheme="majorHAnsi"/>
        </w:rPr>
        <w:t>Thru</w:t>
      </w:r>
      <w:r>
        <w:rPr>
          <w:rFonts w:asciiTheme="majorHAnsi" w:hAnsiTheme="majorHAnsi" w:cstheme="majorHAnsi"/>
        </w:rPr>
        <w:t xml:space="preserve"> Merrimac Event</w:t>
      </w:r>
      <w:r w:rsidR="00DD25DE">
        <w:rPr>
          <w:rFonts w:asciiTheme="majorHAnsi" w:hAnsiTheme="majorHAnsi" w:cstheme="majorHAnsi"/>
        </w:rPr>
        <w:t xml:space="preserve"> will be held Saturday October 17, 2026</w:t>
      </w:r>
      <w:r w:rsidR="005E01EA">
        <w:rPr>
          <w:rFonts w:asciiTheme="majorHAnsi" w:hAnsiTheme="majorHAnsi" w:cstheme="majorHAnsi"/>
        </w:rPr>
        <w:t xml:space="preserve"> from 9-3pm</w:t>
      </w:r>
      <w:r w:rsidR="00095CD5">
        <w:rPr>
          <w:rFonts w:asciiTheme="majorHAnsi" w:hAnsiTheme="majorHAnsi" w:cstheme="majorHAnsi"/>
        </w:rPr>
        <w:t xml:space="preserve">. </w:t>
      </w:r>
      <w:r w:rsidR="00D054AC">
        <w:rPr>
          <w:rFonts w:asciiTheme="majorHAnsi" w:hAnsiTheme="majorHAnsi" w:cstheme="majorHAnsi"/>
        </w:rPr>
        <w:t xml:space="preserve">Passports will be sold </w:t>
      </w:r>
      <w:r w:rsidR="00824946">
        <w:rPr>
          <w:rFonts w:asciiTheme="majorHAnsi" w:hAnsiTheme="majorHAnsi" w:cstheme="majorHAnsi"/>
        </w:rPr>
        <w:t>ahead of the event</w:t>
      </w:r>
      <w:r w:rsidR="00E25412">
        <w:rPr>
          <w:rFonts w:asciiTheme="majorHAnsi" w:hAnsiTheme="majorHAnsi" w:cstheme="majorHAnsi"/>
        </w:rPr>
        <w:t xml:space="preserve">. On the day of the event, </w:t>
      </w:r>
      <w:r w:rsidR="00D054AC">
        <w:rPr>
          <w:rFonts w:asciiTheme="majorHAnsi" w:hAnsiTheme="majorHAnsi" w:cstheme="majorHAnsi"/>
        </w:rPr>
        <w:t xml:space="preserve">people </w:t>
      </w:r>
      <w:r w:rsidR="00E25412">
        <w:rPr>
          <w:rFonts w:asciiTheme="majorHAnsi" w:hAnsiTheme="majorHAnsi" w:cstheme="majorHAnsi"/>
        </w:rPr>
        <w:t>will</w:t>
      </w:r>
      <w:r w:rsidR="001161D5">
        <w:rPr>
          <w:rFonts w:asciiTheme="majorHAnsi" w:hAnsiTheme="majorHAnsi" w:cstheme="majorHAnsi"/>
        </w:rPr>
        <w:t xml:space="preserve"> </w:t>
      </w:r>
      <w:r w:rsidR="00D054AC">
        <w:rPr>
          <w:rFonts w:asciiTheme="majorHAnsi" w:hAnsiTheme="majorHAnsi" w:cstheme="majorHAnsi"/>
        </w:rPr>
        <w:t>visit 8 locations</w:t>
      </w:r>
      <w:r w:rsidR="009B6355">
        <w:rPr>
          <w:rFonts w:asciiTheme="majorHAnsi" w:hAnsiTheme="majorHAnsi" w:cstheme="majorHAnsi"/>
        </w:rPr>
        <w:t xml:space="preserve"> to receive a stamp</w:t>
      </w:r>
      <w:r w:rsidR="00113F4F">
        <w:rPr>
          <w:rFonts w:asciiTheme="majorHAnsi" w:hAnsiTheme="majorHAnsi" w:cstheme="majorHAnsi"/>
        </w:rPr>
        <w:t xml:space="preserve"> on</w:t>
      </w:r>
      <w:r w:rsidR="00BD2E49">
        <w:rPr>
          <w:rFonts w:asciiTheme="majorHAnsi" w:hAnsiTheme="majorHAnsi" w:cstheme="majorHAnsi"/>
        </w:rPr>
        <w:t xml:space="preserve"> a scavenger hunt to learn about Merrimac’s history. </w:t>
      </w:r>
      <w:r w:rsidR="009B6355">
        <w:rPr>
          <w:rFonts w:asciiTheme="majorHAnsi" w:hAnsiTheme="majorHAnsi" w:cstheme="majorHAnsi"/>
        </w:rPr>
        <w:t xml:space="preserve">There will be </w:t>
      </w:r>
      <w:r w:rsidR="00E25412">
        <w:rPr>
          <w:rFonts w:asciiTheme="majorHAnsi" w:hAnsiTheme="majorHAnsi" w:cstheme="majorHAnsi"/>
        </w:rPr>
        <w:t>75</w:t>
      </w:r>
      <w:r w:rsidR="009B6355">
        <w:rPr>
          <w:rFonts w:asciiTheme="majorHAnsi" w:hAnsiTheme="majorHAnsi" w:cstheme="majorHAnsi"/>
        </w:rPr>
        <w:t xml:space="preserve"> passports sold.</w:t>
      </w:r>
      <w:r w:rsidR="00113F4F">
        <w:rPr>
          <w:rFonts w:asciiTheme="majorHAnsi" w:hAnsiTheme="majorHAnsi" w:cstheme="majorHAnsi"/>
        </w:rPr>
        <w:t xml:space="preserve"> Participants will get their passport stamped, key chain charms collected and a chance to win a prize. </w:t>
      </w:r>
      <w:r w:rsidR="002356F7">
        <w:rPr>
          <w:rFonts w:asciiTheme="majorHAnsi" w:hAnsiTheme="majorHAnsi" w:cstheme="majorHAnsi"/>
        </w:rPr>
        <w:t>C</w:t>
      </w:r>
      <w:r w:rsidR="00095CD5">
        <w:rPr>
          <w:rFonts w:asciiTheme="majorHAnsi" w:hAnsiTheme="majorHAnsi" w:cstheme="majorHAnsi"/>
        </w:rPr>
        <w:t xml:space="preserve">ommunity groups </w:t>
      </w:r>
      <w:r w:rsidR="002356F7">
        <w:rPr>
          <w:rFonts w:asciiTheme="majorHAnsi" w:hAnsiTheme="majorHAnsi" w:cstheme="majorHAnsi"/>
        </w:rPr>
        <w:t>will</w:t>
      </w:r>
      <w:r w:rsidR="00095CD5">
        <w:rPr>
          <w:rFonts w:asciiTheme="majorHAnsi" w:hAnsiTheme="majorHAnsi" w:cstheme="majorHAnsi"/>
        </w:rPr>
        <w:t xml:space="preserve"> man these</w:t>
      </w:r>
      <w:r w:rsidR="0087311E">
        <w:rPr>
          <w:rFonts w:asciiTheme="majorHAnsi" w:hAnsiTheme="majorHAnsi" w:cstheme="majorHAnsi"/>
        </w:rPr>
        <w:t xml:space="preserve"> 8</w:t>
      </w:r>
      <w:r w:rsidR="00095CD5">
        <w:rPr>
          <w:rFonts w:asciiTheme="majorHAnsi" w:hAnsiTheme="majorHAnsi" w:cstheme="majorHAnsi"/>
        </w:rPr>
        <w:t xml:space="preserve"> locations</w:t>
      </w:r>
      <w:r w:rsidR="0087311E">
        <w:rPr>
          <w:rFonts w:asciiTheme="majorHAnsi" w:hAnsiTheme="majorHAnsi" w:cstheme="majorHAnsi"/>
        </w:rPr>
        <w:t xml:space="preserve"> </w:t>
      </w:r>
      <w:r w:rsidR="002356F7">
        <w:rPr>
          <w:rFonts w:asciiTheme="majorHAnsi" w:hAnsiTheme="majorHAnsi" w:cstheme="majorHAnsi"/>
        </w:rPr>
        <w:t>to stamp the passports. Passport printing is complete and the key chains are expected to come in th</w:t>
      </w:r>
      <w:r w:rsidR="004903EA">
        <w:rPr>
          <w:rFonts w:asciiTheme="majorHAnsi" w:hAnsiTheme="majorHAnsi" w:cstheme="majorHAnsi"/>
        </w:rPr>
        <w:t xml:space="preserve">is week. </w:t>
      </w:r>
      <w:r w:rsidR="00BB0DBE">
        <w:rPr>
          <w:rFonts w:asciiTheme="majorHAnsi" w:hAnsiTheme="majorHAnsi" w:cstheme="majorHAnsi"/>
        </w:rPr>
        <w:t>Passports are in limited supply, but will be sold at Food Truck Festival</w:t>
      </w:r>
    </w:p>
    <w:p w14:paraId="68BE8226" w14:textId="145705A5" w:rsidR="005C25B5" w:rsidRPr="00BB2156" w:rsidRDefault="009B1CC4" w:rsidP="003C780B">
      <w:pPr>
        <w:pStyle w:val="ListParagraph"/>
        <w:spacing w:after="160" w:line="278" w:lineRule="auto"/>
        <w:rPr>
          <w:rFonts w:asciiTheme="majorHAnsi" w:hAnsiTheme="majorHAnsi" w:cstheme="majorHAnsi"/>
        </w:rPr>
      </w:pPr>
      <w:r w:rsidRPr="00BB2156">
        <w:rPr>
          <w:rFonts w:asciiTheme="majorHAnsi" w:hAnsiTheme="majorHAnsi" w:cstheme="majorHAnsi"/>
        </w:rPr>
        <w:tab/>
      </w:r>
    </w:p>
    <w:p w14:paraId="0A3E9F30" w14:textId="674882AC" w:rsidR="00B73C98" w:rsidRPr="003E55DA" w:rsidRDefault="00F62D6B">
      <w:pPr>
        <w:pStyle w:val="Heading2"/>
        <w:rPr>
          <w:rFonts w:cstheme="majorHAnsi"/>
        </w:rPr>
      </w:pPr>
      <w:r>
        <w:rPr>
          <w:rFonts w:cstheme="majorHAnsi"/>
        </w:rPr>
        <w:t>IV</w:t>
      </w:r>
      <w:r w:rsidR="00E7725E" w:rsidRPr="003E55DA">
        <w:rPr>
          <w:rFonts w:cstheme="majorHAnsi"/>
        </w:rPr>
        <w:t xml:space="preserve">. </w:t>
      </w:r>
      <w:r w:rsidR="00270D10">
        <w:rPr>
          <w:rFonts w:cstheme="majorHAnsi"/>
        </w:rPr>
        <w:t>UPCOMING</w:t>
      </w:r>
      <w:r w:rsidR="006E6B0F">
        <w:rPr>
          <w:rFonts w:cstheme="majorHAnsi"/>
        </w:rPr>
        <w:t xml:space="preserve"> EVENTS</w:t>
      </w:r>
    </w:p>
    <w:p w14:paraId="414BF46A" w14:textId="48EB0F8E" w:rsidR="004679BB" w:rsidRPr="004679BB" w:rsidRDefault="004679BB">
      <w:pPr>
        <w:contextualSpacing/>
        <w:rPr>
          <w:rFonts w:asciiTheme="majorHAnsi" w:hAnsiTheme="majorHAnsi" w:cstheme="majorHAnsi"/>
        </w:rPr>
      </w:pPr>
      <w:r w:rsidRPr="004679BB">
        <w:rPr>
          <w:rFonts w:asciiTheme="majorHAnsi" w:hAnsiTheme="majorHAnsi" w:cstheme="majorHAnsi"/>
        </w:rPr>
        <w:t xml:space="preserve">Members in parenthesis will research information on listed event to present to Committee at </w:t>
      </w:r>
      <w:r>
        <w:rPr>
          <w:rFonts w:asciiTheme="majorHAnsi" w:hAnsiTheme="majorHAnsi" w:cstheme="majorHAnsi"/>
        </w:rPr>
        <w:t>a future</w:t>
      </w:r>
      <w:r w:rsidRPr="004679BB">
        <w:rPr>
          <w:rFonts w:asciiTheme="majorHAnsi" w:hAnsiTheme="majorHAnsi" w:cstheme="majorHAnsi"/>
        </w:rPr>
        <w:t xml:space="preserve"> meeting.</w:t>
      </w:r>
      <w:r w:rsidR="00F1399D">
        <w:rPr>
          <w:rFonts w:asciiTheme="majorHAnsi" w:hAnsiTheme="majorHAnsi" w:cstheme="majorHAnsi"/>
        </w:rPr>
        <w:t xml:space="preserve"> </w:t>
      </w:r>
      <w:r w:rsidR="001D49BA">
        <w:rPr>
          <w:rFonts w:asciiTheme="majorHAnsi" w:hAnsiTheme="majorHAnsi" w:cstheme="majorHAnsi"/>
        </w:rPr>
        <w:t>Details were discussed.</w:t>
      </w:r>
    </w:p>
    <w:p w14:paraId="5683D1AB" w14:textId="77777777" w:rsidR="007D77C6" w:rsidRPr="003E55DA" w:rsidRDefault="007D77C6" w:rsidP="007D77C6">
      <w:pPr>
        <w:contextualSpacing/>
        <w:rPr>
          <w:rFonts w:asciiTheme="majorHAnsi" w:hAnsiTheme="majorHAnsi" w:cstheme="majorHAnsi"/>
        </w:rPr>
      </w:pPr>
    </w:p>
    <w:p w14:paraId="69406B34" w14:textId="061CC0F3" w:rsidR="00C91069" w:rsidRDefault="00E7725E">
      <w:pPr>
        <w:contextualSpacing/>
        <w:rPr>
          <w:rFonts w:asciiTheme="majorHAnsi" w:hAnsiTheme="majorHAnsi" w:cstheme="majorHAnsi"/>
          <w:b/>
          <w:bCs/>
          <w:color w:val="4F81BD" w:themeColor="accent1"/>
        </w:rPr>
      </w:pPr>
      <w:r w:rsidRPr="004679BB">
        <w:rPr>
          <w:rFonts w:asciiTheme="majorHAnsi" w:hAnsiTheme="majorHAnsi" w:cstheme="majorHAnsi"/>
          <w:b/>
          <w:bCs/>
          <w:u w:val="single"/>
        </w:rPr>
        <w:t>Events:</w:t>
      </w:r>
      <w:r w:rsidR="004679BB">
        <w:rPr>
          <w:rFonts w:asciiTheme="majorHAnsi" w:hAnsiTheme="majorHAnsi" w:cstheme="majorHAnsi"/>
        </w:rPr>
        <w:t xml:space="preserve"> </w:t>
      </w:r>
    </w:p>
    <w:p w14:paraId="2E7568A9" w14:textId="35A7E93B" w:rsidR="002D3C6C" w:rsidRPr="003B15DC" w:rsidRDefault="00E703D2" w:rsidP="002D3C6C">
      <w:pPr>
        <w:pStyle w:val="ListParagraph"/>
        <w:numPr>
          <w:ilvl w:val="0"/>
          <w:numId w:val="27"/>
        </w:numPr>
        <w:spacing w:after="160" w:line="278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Sept 26- </w:t>
      </w:r>
      <w:r w:rsidR="004903EA">
        <w:rPr>
          <w:rFonts w:asciiTheme="majorHAnsi" w:hAnsiTheme="majorHAnsi" w:cstheme="majorHAnsi"/>
        </w:rPr>
        <w:t>Food Truck Block Party</w:t>
      </w:r>
    </w:p>
    <w:p w14:paraId="693CEC04" w14:textId="6A0B3E74" w:rsidR="002D3C6C" w:rsidRPr="003B15DC" w:rsidRDefault="00A61DF0" w:rsidP="002D3C6C">
      <w:pPr>
        <w:pStyle w:val="ListParagraph"/>
        <w:numPr>
          <w:ilvl w:val="0"/>
          <w:numId w:val="27"/>
        </w:numPr>
        <w:spacing w:after="160" w:line="278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Oct 17</w:t>
      </w:r>
      <w:r w:rsidR="002D3C6C" w:rsidRPr="003B15DC">
        <w:rPr>
          <w:rFonts w:asciiTheme="majorHAnsi" w:hAnsiTheme="majorHAnsi" w:cstheme="majorHAnsi"/>
        </w:rPr>
        <w:t xml:space="preserve"> – </w:t>
      </w:r>
      <w:r w:rsidR="00B825A9">
        <w:rPr>
          <w:rFonts w:asciiTheme="majorHAnsi" w:hAnsiTheme="majorHAnsi" w:cstheme="majorHAnsi"/>
        </w:rPr>
        <w:t xml:space="preserve">Passport </w:t>
      </w:r>
      <w:r w:rsidR="005C05BF">
        <w:rPr>
          <w:rFonts w:asciiTheme="majorHAnsi" w:hAnsiTheme="majorHAnsi" w:cstheme="majorHAnsi"/>
        </w:rPr>
        <w:t xml:space="preserve">thru </w:t>
      </w:r>
      <w:r w:rsidR="00B825A9">
        <w:rPr>
          <w:rFonts w:asciiTheme="majorHAnsi" w:hAnsiTheme="majorHAnsi" w:cstheme="majorHAnsi"/>
        </w:rPr>
        <w:t>Merrimac</w:t>
      </w:r>
      <w:r w:rsidR="002D3C6C" w:rsidRPr="003B15DC">
        <w:rPr>
          <w:rFonts w:asciiTheme="majorHAnsi" w:hAnsiTheme="majorHAnsi" w:cstheme="majorHAnsi"/>
        </w:rPr>
        <w:t xml:space="preserve"> (Cindy)</w:t>
      </w:r>
    </w:p>
    <w:p w14:paraId="5BDF0DC8" w14:textId="77777777" w:rsidR="00BB2156" w:rsidRPr="00BB2156" w:rsidRDefault="00BB2156" w:rsidP="00BB2156">
      <w:pPr>
        <w:pStyle w:val="ListParagraph"/>
        <w:spacing w:after="160" w:line="278" w:lineRule="auto"/>
        <w:rPr>
          <w:rFonts w:asciiTheme="majorHAnsi" w:hAnsiTheme="majorHAnsi" w:cstheme="majorHAnsi"/>
        </w:rPr>
      </w:pPr>
    </w:p>
    <w:p w14:paraId="4BC71994" w14:textId="16CAB64E" w:rsidR="00B73C98" w:rsidRPr="003E55DA" w:rsidRDefault="00E7725E">
      <w:pPr>
        <w:pStyle w:val="Heading2"/>
        <w:rPr>
          <w:rFonts w:cstheme="majorHAnsi"/>
        </w:rPr>
      </w:pPr>
      <w:r w:rsidRPr="003E55DA">
        <w:rPr>
          <w:rFonts w:cstheme="majorHAnsi"/>
        </w:rPr>
        <w:t>V. SCHEDULING FUTURE MEETINGS</w:t>
      </w:r>
    </w:p>
    <w:p w14:paraId="302D17A9" w14:textId="69687B6B" w:rsidR="00B73C98" w:rsidRDefault="00E7725E">
      <w:pPr>
        <w:contextualSpacing/>
        <w:rPr>
          <w:rFonts w:asciiTheme="majorHAnsi" w:hAnsiTheme="majorHAnsi" w:cstheme="majorHAnsi"/>
        </w:rPr>
      </w:pPr>
      <w:r w:rsidRPr="003E55DA">
        <w:rPr>
          <w:rFonts w:asciiTheme="majorHAnsi" w:hAnsiTheme="majorHAnsi" w:cstheme="majorHAnsi"/>
        </w:rPr>
        <w:t xml:space="preserve">NEXT MEETING: </w:t>
      </w:r>
      <w:r w:rsidR="005348DB" w:rsidRPr="005348DB">
        <w:rPr>
          <w:rFonts w:asciiTheme="majorHAnsi" w:hAnsiTheme="majorHAnsi" w:cstheme="majorHAnsi"/>
        </w:rPr>
        <w:t>Sep 16</w:t>
      </w:r>
      <w:r w:rsidRPr="005348DB">
        <w:rPr>
          <w:rFonts w:asciiTheme="majorHAnsi" w:hAnsiTheme="majorHAnsi" w:cstheme="majorHAnsi"/>
        </w:rPr>
        <w:t xml:space="preserve"> at 6:00 PM</w:t>
      </w:r>
      <w:r w:rsidR="003E55DA" w:rsidRPr="005348DB">
        <w:rPr>
          <w:rFonts w:asciiTheme="majorHAnsi" w:hAnsiTheme="majorHAnsi" w:cstheme="majorHAnsi"/>
        </w:rPr>
        <w:t xml:space="preserve"> at Merrimac </w:t>
      </w:r>
      <w:r w:rsidR="009E0D27" w:rsidRPr="005348DB">
        <w:rPr>
          <w:rFonts w:asciiTheme="majorHAnsi" w:hAnsiTheme="majorHAnsi" w:cstheme="majorHAnsi"/>
        </w:rPr>
        <w:t>Fire</w:t>
      </w:r>
      <w:r w:rsidR="003E55DA" w:rsidRPr="003E55DA">
        <w:rPr>
          <w:rFonts w:asciiTheme="majorHAnsi" w:hAnsiTheme="majorHAnsi" w:cstheme="majorHAnsi"/>
        </w:rPr>
        <w:t xml:space="preserve"> Department Conference Room</w:t>
      </w:r>
    </w:p>
    <w:p w14:paraId="3644037A" w14:textId="77777777" w:rsidR="006C2C72" w:rsidRPr="003E55DA" w:rsidRDefault="006C2C72">
      <w:pPr>
        <w:contextualSpacing/>
        <w:rPr>
          <w:rFonts w:asciiTheme="majorHAnsi" w:hAnsiTheme="majorHAnsi" w:cstheme="majorHAnsi"/>
        </w:rPr>
      </w:pPr>
    </w:p>
    <w:p w14:paraId="4CF18084" w14:textId="79C07F7C" w:rsidR="00B73C98" w:rsidRPr="00EF71C6" w:rsidRDefault="00E7725E">
      <w:pPr>
        <w:pStyle w:val="Heading2"/>
        <w:rPr>
          <w:rFonts w:cstheme="majorHAnsi"/>
        </w:rPr>
      </w:pPr>
      <w:r w:rsidRPr="003E55DA">
        <w:rPr>
          <w:rFonts w:cstheme="majorHAnsi"/>
        </w:rPr>
        <w:t xml:space="preserve">VI. </w:t>
      </w:r>
      <w:r w:rsidR="006E6B0F" w:rsidRPr="00EF71C6">
        <w:rPr>
          <w:rFonts w:cstheme="majorHAnsi"/>
        </w:rPr>
        <w:t>ACTION ITEMS</w:t>
      </w:r>
    </w:p>
    <w:p w14:paraId="1A426D27" w14:textId="1DC30CD4" w:rsidR="003E55DA" w:rsidRDefault="00E7725E" w:rsidP="003E55DA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 w:rsidRPr="00EF71C6">
        <w:rPr>
          <w:rFonts w:asciiTheme="majorHAnsi" w:hAnsiTheme="majorHAnsi" w:cstheme="majorHAnsi"/>
        </w:rPr>
        <w:t>Rob Gustison:</w:t>
      </w:r>
    </w:p>
    <w:p w14:paraId="583E4E42" w14:textId="3BB9C39D" w:rsidR="0033282E" w:rsidRDefault="0033282E" w:rsidP="00FE23AC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Request Merrimac TV </w:t>
      </w:r>
      <w:r w:rsidR="000600FE">
        <w:rPr>
          <w:rFonts w:asciiTheme="majorHAnsi" w:hAnsiTheme="majorHAnsi" w:cstheme="majorHAnsi"/>
        </w:rPr>
        <w:t>inform the public about</w:t>
      </w:r>
      <w:r>
        <w:rPr>
          <w:rFonts w:asciiTheme="majorHAnsi" w:hAnsiTheme="majorHAnsi" w:cstheme="majorHAnsi"/>
        </w:rPr>
        <w:t xml:space="preserve"> the Sept 26 Food Truck Festival</w:t>
      </w:r>
    </w:p>
    <w:p w14:paraId="7F69F762" w14:textId="11D76CEA" w:rsidR="00976BC4" w:rsidRDefault="00976BC4" w:rsidP="00FE23AC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Follow up with Chief She</w:t>
      </w:r>
      <w:r w:rsidR="0036108C">
        <w:rPr>
          <w:rFonts w:asciiTheme="majorHAnsi" w:hAnsiTheme="majorHAnsi" w:cstheme="majorHAnsi"/>
        </w:rPr>
        <w:t>ar</w:t>
      </w:r>
      <w:r>
        <w:rPr>
          <w:rFonts w:asciiTheme="majorHAnsi" w:hAnsiTheme="majorHAnsi" w:cstheme="majorHAnsi"/>
        </w:rPr>
        <w:t xml:space="preserve">s on </w:t>
      </w:r>
      <w:r w:rsidR="0036108C">
        <w:rPr>
          <w:rFonts w:asciiTheme="majorHAnsi" w:hAnsiTheme="majorHAnsi" w:cstheme="majorHAnsi"/>
        </w:rPr>
        <w:t>pricing for police detail and borrowing radar for Sept 26</w:t>
      </w:r>
    </w:p>
    <w:p w14:paraId="08CA0281" w14:textId="671A443A" w:rsidR="007D796E" w:rsidRDefault="007D796E" w:rsidP="00FE23AC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Once signup genius created, email list of volunteers </w:t>
      </w:r>
      <w:r w:rsidR="00AE5A2F">
        <w:rPr>
          <w:rFonts w:asciiTheme="majorHAnsi" w:hAnsiTheme="majorHAnsi" w:cstheme="majorHAnsi"/>
        </w:rPr>
        <w:t>collected over the year to inform them of volunteer opportunities</w:t>
      </w:r>
    </w:p>
    <w:p w14:paraId="787C4885" w14:textId="2F442478" w:rsidR="005E71AE" w:rsidRDefault="005E71AE" w:rsidP="005E71AE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Work with Michelle to confirm band order, then inform Ponyfish, Monkey Knife Fight and </w:t>
      </w:r>
      <w:r w:rsidR="0063628A">
        <w:rPr>
          <w:rFonts w:asciiTheme="majorHAnsi" w:hAnsiTheme="majorHAnsi" w:cstheme="majorHAnsi"/>
        </w:rPr>
        <w:t>Flipside band</w:t>
      </w:r>
      <w:r w:rsidR="007A1209">
        <w:rPr>
          <w:rFonts w:asciiTheme="majorHAnsi" w:hAnsiTheme="majorHAnsi" w:cstheme="majorHAnsi"/>
        </w:rPr>
        <w:t xml:space="preserve"> of their time.</w:t>
      </w:r>
    </w:p>
    <w:p w14:paraId="41BC8663" w14:textId="0EC64B56" w:rsidR="005E71AE" w:rsidRPr="00704089" w:rsidRDefault="0083522B" w:rsidP="00704089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Email town groups to confirm if they want to have a table at Sept 26 Food Truck Festival</w:t>
      </w:r>
      <w:r w:rsidR="003D6F0A">
        <w:rPr>
          <w:rFonts w:asciiTheme="majorHAnsi" w:hAnsiTheme="majorHAnsi" w:cstheme="majorHAnsi"/>
        </w:rPr>
        <w:t>. Confirmation is required by Sept 10 (to ensure spot mapped on field)</w:t>
      </w:r>
    </w:p>
    <w:p w14:paraId="7B59CB26" w14:textId="3EB5649E" w:rsidR="00F53764" w:rsidRDefault="00F53764" w:rsidP="00F53764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 w:rsidRPr="00F0069B">
        <w:rPr>
          <w:rFonts w:asciiTheme="majorHAnsi" w:hAnsiTheme="majorHAnsi" w:cstheme="majorHAnsi"/>
        </w:rPr>
        <w:t>Larry Fisher:</w:t>
      </w:r>
    </w:p>
    <w:p w14:paraId="04227D1F" w14:textId="5F04255F" w:rsidR="00C5705A" w:rsidRDefault="00850CEE" w:rsidP="00CD0B6C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Request pricing for one sided </w:t>
      </w:r>
      <w:r w:rsidR="00C5705A">
        <w:rPr>
          <w:rFonts w:asciiTheme="majorHAnsi" w:hAnsiTheme="majorHAnsi" w:cstheme="majorHAnsi"/>
        </w:rPr>
        <w:t xml:space="preserve">medallion </w:t>
      </w:r>
      <w:r>
        <w:rPr>
          <w:rFonts w:asciiTheme="majorHAnsi" w:hAnsiTheme="majorHAnsi" w:cstheme="majorHAnsi"/>
        </w:rPr>
        <w:t>design from fabricator</w:t>
      </w:r>
    </w:p>
    <w:p w14:paraId="6BE0CE8A" w14:textId="676ECCA5" w:rsidR="00CD0B6C" w:rsidRDefault="00CD0B6C" w:rsidP="00CD0B6C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Work with Chief She</w:t>
      </w:r>
      <w:r w:rsidR="0036108C">
        <w:rPr>
          <w:rFonts w:asciiTheme="majorHAnsi" w:hAnsiTheme="majorHAnsi" w:cstheme="majorHAnsi"/>
        </w:rPr>
        <w:t>a</w:t>
      </w:r>
      <w:r>
        <w:rPr>
          <w:rFonts w:asciiTheme="majorHAnsi" w:hAnsiTheme="majorHAnsi" w:cstheme="majorHAnsi"/>
        </w:rPr>
        <w:t xml:space="preserve">rs to make a map and conduct safety meeting </w:t>
      </w:r>
    </w:p>
    <w:p w14:paraId="5E6E78D6" w14:textId="2A146670" w:rsidR="00755C24" w:rsidRDefault="00755C24" w:rsidP="00CD0B6C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Add Sept 26 </w:t>
      </w:r>
      <w:r w:rsidR="00A1497A">
        <w:rPr>
          <w:rFonts w:asciiTheme="majorHAnsi" w:hAnsiTheme="majorHAnsi" w:cstheme="majorHAnsi"/>
        </w:rPr>
        <w:t>Food Truck Festival to the Firehouse sign</w:t>
      </w:r>
    </w:p>
    <w:p w14:paraId="3C9FA132" w14:textId="66F3AA47" w:rsidR="00976BC4" w:rsidRDefault="00976BC4" w:rsidP="00CD0B6C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Inform Michelle location for 6 porta potties (requirement to book vendor)</w:t>
      </w:r>
    </w:p>
    <w:p w14:paraId="02CBEFE7" w14:textId="171112EF" w:rsidR="00590853" w:rsidRDefault="001D33BA" w:rsidP="00F53764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Michelle Gustison:</w:t>
      </w:r>
    </w:p>
    <w:p w14:paraId="04B9A6EE" w14:textId="3D1A1785" w:rsidR="00A1497A" w:rsidRDefault="00A1497A" w:rsidP="00397CE9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Reach out to Lisa from OHD confirming they can have a table and ask about borrowing radio for Sept 26</w:t>
      </w:r>
    </w:p>
    <w:p w14:paraId="227A5891" w14:textId="52E59C3A" w:rsidR="00397CE9" w:rsidRDefault="00397CE9" w:rsidP="00397CE9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Book Porta Potty vendor</w:t>
      </w:r>
      <w:r w:rsidR="00067369">
        <w:rPr>
          <w:rFonts w:asciiTheme="majorHAnsi" w:hAnsiTheme="majorHAnsi" w:cstheme="majorHAnsi"/>
        </w:rPr>
        <w:t xml:space="preserve"> and ask about </w:t>
      </w:r>
      <w:r w:rsidR="00850CEE">
        <w:rPr>
          <w:rFonts w:asciiTheme="majorHAnsi" w:hAnsiTheme="majorHAnsi" w:cstheme="majorHAnsi"/>
        </w:rPr>
        <w:t>pick up/drop off</w:t>
      </w:r>
      <w:r w:rsidR="005344B0">
        <w:rPr>
          <w:rFonts w:asciiTheme="majorHAnsi" w:hAnsiTheme="majorHAnsi" w:cstheme="majorHAnsi"/>
        </w:rPr>
        <w:t xml:space="preserve"> – pending location from Larry to book</w:t>
      </w:r>
    </w:p>
    <w:p w14:paraId="25791D38" w14:textId="474E5C8F" w:rsidR="005344B0" w:rsidRDefault="005344B0" w:rsidP="00397CE9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Follow up with face painter on pricing structure</w:t>
      </w:r>
    </w:p>
    <w:p w14:paraId="26D4F30C" w14:textId="56BD720E" w:rsidR="005E71AE" w:rsidRDefault="005E71AE" w:rsidP="00397CE9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Work with Rob to confirm band order, then inform Paul Rogers of time</w:t>
      </w:r>
    </w:p>
    <w:p w14:paraId="75622B4B" w14:textId="28456231" w:rsidR="000E170A" w:rsidRDefault="000E170A" w:rsidP="00397CE9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Send Cindy sign up list for pre-ordering Passports</w:t>
      </w:r>
    </w:p>
    <w:p w14:paraId="1FE8936A" w14:textId="629FE102" w:rsidR="0005210A" w:rsidRDefault="0005210A" w:rsidP="00397CE9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Submit invoice for Porta Potty</w:t>
      </w:r>
    </w:p>
    <w:p w14:paraId="3A182483" w14:textId="2CB70C75" w:rsidR="0005210A" w:rsidRDefault="0005210A" w:rsidP="00397CE9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Submit invoice for </w:t>
      </w:r>
      <w:r w:rsidR="00B24838">
        <w:rPr>
          <w:rFonts w:asciiTheme="majorHAnsi" w:hAnsiTheme="majorHAnsi" w:cstheme="majorHAnsi"/>
        </w:rPr>
        <w:t xml:space="preserve">Emcee </w:t>
      </w:r>
    </w:p>
    <w:p w14:paraId="1A823197" w14:textId="77777777" w:rsidR="009848AA" w:rsidRDefault="009848AA" w:rsidP="00B1745A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Gretchen Fuhr:</w:t>
      </w:r>
    </w:p>
    <w:p w14:paraId="3350C59A" w14:textId="2B7AF5B1" w:rsidR="009848AA" w:rsidRDefault="009848AA" w:rsidP="009848AA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Create signup genius for the required volunteers utilizing the spreadsheet</w:t>
      </w:r>
    </w:p>
    <w:p w14:paraId="0AC4B209" w14:textId="4FD04D93" w:rsidR="007D796E" w:rsidRDefault="007D796E" w:rsidP="009848AA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Follow up with Lauren on the traffic volunteers from Jamaco</w:t>
      </w:r>
    </w:p>
    <w:p w14:paraId="7D247B49" w14:textId="0FB524C8" w:rsidR="0079725C" w:rsidRDefault="000600FE" w:rsidP="00B1745A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Danielle Teel</w:t>
      </w:r>
      <w:r w:rsidR="00067369">
        <w:rPr>
          <w:rFonts w:asciiTheme="majorHAnsi" w:hAnsiTheme="majorHAnsi" w:cstheme="majorHAnsi"/>
        </w:rPr>
        <w:t>:</w:t>
      </w:r>
    </w:p>
    <w:p w14:paraId="118C742D" w14:textId="1E6C6F67" w:rsidR="000600FE" w:rsidRDefault="000600FE" w:rsidP="000600FE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Add the Sept 26 Food Truck Festival to the Light Bill to inform public</w:t>
      </w:r>
    </w:p>
    <w:p w14:paraId="60E37CD2" w14:textId="77777777" w:rsidR="007A1209" w:rsidRDefault="007A1209" w:rsidP="00755C24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Kira Carroll</w:t>
      </w:r>
    </w:p>
    <w:p w14:paraId="1B489E14" w14:textId="79F21920" w:rsidR="007A1209" w:rsidRDefault="007A1209" w:rsidP="007A1209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Follow up with </w:t>
      </w:r>
      <w:r w:rsidR="00CA7A5A">
        <w:rPr>
          <w:rFonts w:asciiTheme="majorHAnsi" w:hAnsiTheme="majorHAnsi" w:cstheme="majorHAnsi"/>
        </w:rPr>
        <w:t>D’Angelis studio</w:t>
      </w:r>
      <w:r>
        <w:rPr>
          <w:rFonts w:asciiTheme="majorHAnsi" w:hAnsiTheme="majorHAnsi" w:cstheme="majorHAnsi"/>
        </w:rPr>
        <w:t xml:space="preserve"> to inform them </w:t>
      </w:r>
      <w:r w:rsidR="00253EA7">
        <w:rPr>
          <w:rFonts w:asciiTheme="majorHAnsi" w:hAnsiTheme="majorHAnsi" w:cstheme="majorHAnsi"/>
        </w:rPr>
        <w:t>that they will have a 45 minute set starting at noon.</w:t>
      </w:r>
    </w:p>
    <w:p w14:paraId="373F33B1" w14:textId="12387762" w:rsidR="00755C24" w:rsidRDefault="00755C24" w:rsidP="00755C24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Amanda Schell</w:t>
      </w:r>
    </w:p>
    <w:p w14:paraId="155E6987" w14:textId="25DDFE28" w:rsidR="00755C24" w:rsidRDefault="00755C24" w:rsidP="00755C24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Request Amesbury paper to inform the public about the Sept 26 Food Truck Festival</w:t>
      </w:r>
    </w:p>
    <w:p w14:paraId="166554D6" w14:textId="1A9E4DAD" w:rsidR="00CA7A5A" w:rsidRDefault="00CA7A5A" w:rsidP="00755C24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Source items needed for kids games</w:t>
      </w:r>
    </w:p>
    <w:p w14:paraId="3DBA3A18" w14:textId="0889BBCD" w:rsidR="000E170A" w:rsidRDefault="000E170A" w:rsidP="000E170A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Cindy Quinn</w:t>
      </w:r>
    </w:p>
    <w:p w14:paraId="531D58AF" w14:textId="33655693" w:rsidR="000E170A" w:rsidRDefault="000E170A" w:rsidP="000E170A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Buy 25 maps of Merrimac for sale</w:t>
      </w:r>
    </w:p>
    <w:p w14:paraId="28220BB9" w14:textId="2C839EED" w:rsidR="00B24838" w:rsidRDefault="00B24838" w:rsidP="00B24838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Lauren Santagate</w:t>
      </w:r>
    </w:p>
    <w:p w14:paraId="28C7744B" w14:textId="043796E2" w:rsidR="00B24838" w:rsidRDefault="00B24838" w:rsidP="00B24838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Request updated invoice from Westville Grand Station Rental removing tax. Then submit for payment</w:t>
      </w:r>
    </w:p>
    <w:p w14:paraId="15F7DE7E" w14:textId="6EFB62BA" w:rsidR="00B84C90" w:rsidRPr="00EA3D74" w:rsidRDefault="00B84C90" w:rsidP="00B84C90">
      <w:pPr>
        <w:pStyle w:val="Heading2"/>
        <w:rPr>
          <w:rFonts w:cstheme="majorHAnsi"/>
        </w:rPr>
      </w:pPr>
      <w:r w:rsidRPr="00EA3D74">
        <w:rPr>
          <w:rFonts w:cstheme="majorHAnsi"/>
        </w:rPr>
        <w:t>V. ADJOURNMENT</w:t>
      </w:r>
    </w:p>
    <w:p w14:paraId="611F5253" w14:textId="77777777" w:rsidR="00B84C90" w:rsidRPr="00EA3D74" w:rsidRDefault="00B84C90" w:rsidP="00B84C90">
      <w:pPr>
        <w:pStyle w:val="ListParagraph"/>
        <w:numPr>
          <w:ilvl w:val="0"/>
          <w:numId w:val="13"/>
        </w:numPr>
        <w:rPr>
          <w:rFonts w:asciiTheme="majorHAnsi" w:hAnsiTheme="majorHAnsi" w:cstheme="majorHAnsi"/>
        </w:rPr>
      </w:pPr>
      <w:r w:rsidRPr="00EA3D74">
        <w:rPr>
          <w:rFonts w:asciiTheme="majorHAnsi" w:hAnsiTheme="majorHAnsi" w:cstheme="majorHAnsi"/>
        </w:rPr>
        <w:t>Motion to adjourn the meeting</w:t>
      </w:r>
    </w:p>
    <w:p w14:paraId="09A63018" w14:textId="77777777" w:rsidR="00B84C90" w:rsidRPr="00D87822" w:rsidRDefault="00B84C90" w:rsidP="00B84C90">
      <w:pPr>
        <w:ind w:firstLine="720"/>
        <w:contextualSpacing/>
        <w:rPr>
          <w:rFonts w:asciiTheme="majorHAnsi" w:hAnsiTheme="majorHAnsi" w:cstheme="majorHAnsi"/>
        </w:rPr>
      </w:pPr>
      <w:r w:rsidRPr="00D87822">
        <w:rPr>
          <w:rFonts w:asciiTheme="majorHAnsi" w:hAnsiTheme="majorHAnsi" w:cstheme="majorHAnsi"/>
        </w:rPr>
        <w:t>RESULT: APPROVED [UNANIMOUS]</w:t>
      </w:r>
    </w:p>
    <w:p w14:paraId="478FB873" w14:textId="39B4F7E4" w:rsidR="00B84C90" w:rsidRPr="00D87822" w:rsidRDefault="00B84C90" w:rsidP="00B84C90">
      <w:pPr>
        <w:ind w:firstLine="720"/>
        <w:contextualSpacing/>
        <w:rPr>
          <w:rFonts w:asciiTheme="majorHAnsi" w:hAnsiTheme="majorHAnsi" w:cstheme="majorHAnsi"/>
        </w:rPr>
      </w:pPr>
      <w:r w:rsidRPr="00D87822">
        <w:rPr>
          <w:rFonts w:asciiTheme="majorHAnsi" w:hAnsiTheme="majorHAnsi" w:cstheme="majorHAnsi"/>
        </w:rPr>
        <w:t xml:space="preserve">MOVER: </w:t>
      </w:r>
      <w:r w:rsidR="004903EA" w:rsidRPr="00D87822">
        <w:rPr>
          <w:rFonts w:asciiTheme="majorHAnsi" w:hAnsiTheme="majorHAnsi" w:cstheme="majorHAnsi"/>
        </w:rPr>
        <w:t xml:space="preserve">M </w:t>
      </w:r>
      <w:r w:rsidR="00355C19" w:rsidRPr="00D87822">
        <w:rPr>
          <w:rFonts w:asciiTheme="majorHAnsi" w:hAnsiTheme="majorHAnsi" w:cstheme="majorHAnsi"/>
        </w:rPr>
        <w:t>Gustison</w:t>
      </w:r>
    </w:p>
    <w:p w14:paraId="1ABD9661" w14:textId="4B6D723B" w:rsidR="00734962" w:rsidRPr="00D87822" w:rsidRDefault="00B84C90" w:rsidP="00734962">
      <w:pPr>
        <w:ind w:firstLine="720"/>
        <w:contextualSpacing/>
        <w:rPr>
          <w:rFonts w:asciiTheme="majorHAnsi" w:hAnsiTheme="majorHAnsi" w:cstheme="majorHAnsi"/>
        </w:rPr>
      </w:pPr>
      <w:r w:rsidRPr="00D87822">
        <w:rPr>
          <w:rFonts w:asciiTheme="majorHAnsi" w:hAnsiTheme="majorHAnsi" w:cstheme="majorHAnsi"/>
        </w:rPr>
        <w:t xml:space="preserve">SECONDER: </w:t>
      </w:r>
      <w:r w:rsidR="00D87822" w:rsidRPr="00D87822">
        <w:rPr>
          <w:rFonts w:asciiTheme="majorHAnsi" w:hAnsiTheme="majorHAnsi" w:cstheme="majorHAnsi"/>
        </w:rPr>
        <w:t>Fuhr</w:t>
      </w:r>
    </w:p>
    <w:p w14:paraId="4995AF4F" w14:textId="628C0181" w:rsidR="00BE3B14" w:rsidRPr="003E55DA" w:rsidRDefault="00734962" w:rsidP="00440326">
      <w:pPr>
        <w:ind w:left="720"/>
        <w:contextualSpacing/>
        <w:rPr>
          <w:rFonts w:asciiTheme="majorHAnsi" w:hAnsiTheme="majorHAnsi" w:cstheme="majorHAnsi"/>
        </w:rPr>
      </w:pPr>
      <w:r w:rsidRPr="00281ED7">
        <w:rPr>
          <w:rFonts w:asciiTheme="majorHAnsi" w:hAnsiTheme="majorHAnsi" w:cstheme="majorHAnsi"/>
        </w:rPr>
        <w:t xml:space="preserve">AYES: </w:t>
      </w:r>
      <w:r w:rsidR="00281ED7" w:rsidRPr="00547300">
        <w:rPr>
          <w:rFonts w:asciiTheme="majorHAnsi" w:hAnsiTheme="majorHAnsi" w:cstheme="majorHAnsi"/>
        </w:rPr>
        <w:t>Gustison II, J Fisher, L Fisher, M Gustison, Quinn, Bourque, Fuhr, Schell, Teel, Nunes, Carroll</w:t>
      </w:r>
    </w:p>
    <w:sectPr w:rsidR="00BE3B14" w:rsidRPr="003E55DA" w:rsidSect="00FB35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6A00E4"/>
    <w:multiLevelType w:val="hybridMultilevel"/>
    <w:tmpl w:val="AD1EC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233CE3"/>
    <w:multiLevelType w:val="hybridMultilevel"/>
    <w:tmpl w:val="20BC22C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33214F9"/>
    <w:multiLevelType w:val="hybridMultilevel"/>
    <w:tmpl w:val="8514F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325A3A"/>
    <w:multiLevelType w:val="hybridMultilevel"/>
    <w:tmpl w:val="27E4A442"/>
    <w:lvl w:ilvl="0" w:tplc="2B108F8A">
      <w:start w:val="1"/>
      <w:numFmt w:val="lowerLetter"/>
      <w:lvlText w:val="%1."/>
      <w:lvlJc w:val="left"/>
      <w:pPr>
        <w:ind w:left="1080" w:hanging="360"/>
      </w:pPr>
      <w:rPr>
        <w:rFonts w:asciiTheme="majorHAnsi" w:hAnsiTheme="majorHAnsi" w:cstheme="majorHAnsi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65E5023"/>
    <w:multiLevelType w:val="hybridMultilevel"/>
    <w:tmpl w:val="1728B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3B459B"/>
    <w:multiLevelType w:val="hybridMultilevel"/>
    <w:tmpl w:val="3E70A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C870EE"/>
    <w:multiLevelType w:val="hybridMultilevel"/>
    <w:tmpl w:val="527CB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A97056"/>
    <w:multiLevelType w:val="hybridMultilevel"/>
    <w:tmpl w:val="A5505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805361"/>
    <w:multiLevelType w:val="hybridMultilevel"/>
    <w:tmpl w:val="D9342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765FBE"/>
    <w:multiLevelType w:val="hybridMultilevel"/>
    <w:tmpl w:val="71DA247A"/>
    <w:lvl w:ilvl="0" w:tplc="A2A8878C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EastAsia" w:hAnsiTheme="majorHAnsi" w:cstheme="maj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EF31C3"/>
    <w:multiLevelType w:val="hybridMultilevel"/>
    <w:tmpl w:val="AAB8D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0049B5"/>
    <w:multiLevelType w:val="hybridMultilevel"/>
    <w:tmpl w:val="AE581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231DDD"/>
    <w:multiLevelType w:val="hybridMultilevel"/>
    <w:tmpl w:val="AB429D3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7B1804"/>
    <w:multiLevelType w:val="hybridMultilevel"/>
    <w:tmpl w:val="1E2CD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431ECD"/>
    <w:multiLevelType w:val="hybridMultilevel"/>
    <w:tmpl w:val="9774C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E257A2"/>
    <w:multiLevelType w:val="hybridMultilevel"/>
    <w:tmpl w:val="94E21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2676CA"/>
    <w:multiLevelType w:val="hybridMultilevel"/>
    <w:tmpl w:val="877AD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E600E5"/>
    <w:multiLevelType w:val="hybridMultilevel"/>
    <w:tmpl w:val="1F428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0D6CBC"/>
    <w:multiLevelType w:val="hybridMultilevel"/>
    <w:tmpl w:val="F62A3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6E4E22"/>
    <w:multiLevelType w:val="hybridMultilevel"/>
    <w:tmpl w:val="6BF2B9BE"/>
    <w:lvl w:ilvl="0" w:tplc="E5C44C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F2F211E"/>
    <w:multiLevelType w:val="hybridMultilevel"/>
    <w:tmpl w:val="0CB6E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3965429">
    <w:abstractNumId w:val="8"/>
  </w:num>
  <w:num w:numId="2" w16cid:durableId="1186745597">
    <w:abstractNumId w:val="6"/>
  </w:num>
  <w:num w:numId="3" w16cid:durableId="1263491744">
    <w:abstractNumId w:val="5"/>
  </w:num>
  <w:num w:numId="4" w16cid:durableId="1953781836">
    <w:abstractNumId w:val="4"/>
  </w:num>
  <w:num w:numId="5" w16cid:durableId="504906997">
    <w:abstractNumId w:val="7"/>
  </w:num>
  <w:num w:numId="6" w16cid:durableId="1867864432">
    <w:abstractNumId w:val="3"/>
  </w:num>
  <w:num w:numId="7" w16cid:durableId="1390955484">
    <w:abstractNumId w:val="2"/>
  </w:num>
  <w:num w:numId="8" w16cid:durableId="1667055737">
    <w:abstractNumId w:val="1"/>
  </w:num>
  <w:num w:numId="9" w16cid:durableId="542791479">
    <w:abstractNumId w:val="0"/>
  </w:num>
  <w:num w:numId="10" w16cid:durableId="420637529">
    <w:abstractNumId w:val="9"/>
  </w:num>
  <w:num w:numId="11" w16cid:durableId="1399791375">
    <w:abstractNumId w:val="18"/>
  </w:num>
  <w:num w:numId="12" w16cid:durableId="1748844048">
    <w:abstractNumId w:val="16"/>
  </w:num>
  <w:num w:numId="13" w16cid:durableId="1869296009">
    <w:abstractNumId w:val="14"/>
  </w:num>
  <w:num w:numId="14" w16cid:durableId="1320384578">
    <w:abstractNumId w:val="19"/>
  </w:num>
  <w:num w:numId="15" w16cid:durableId="1989823141">
    <w:abstractNumId w:val="22"/>
  </w:num>
  <w:num w:numId="16" w16cid:durableId="268200765">
    <w:abstractNumId w:val="25"/>
  </w:num>
  <w:num w:numId="17" w16cid:durableId="1547065152">
    <w:abstractNumId w:val="28"/>
  </w:num>
  <w:num w:numId="18" w16cid:durableId="1032027037">
    <w:abstractNumId w:val="26"/>
  </w:num>
  <w:num w:numId="19" w16cid:durableId="976298382">
    <w:abstractNumId w:val="29"/>
  </w:num>
  <w:num w:numId="20" w16cid:durableId="2007441386">
    <w:abstractNumId w:val="11"/>
  </w:num>
  <w:num w:numId="21" w16cid:durableId="330915533">
    <w:abstractNumId w:val="13"/>
  </w:num>
  <w:num w:numId="22" w16cid:durableId="1432700668">
    <w:abstractNumId w:val="27"/>
  </w:num>
  <w:num w:numId="23" w16cid:durableId="320503237">
    <w:abstractNumId w:val="24"/>
  </w:num>
  <w:num w:numId="24" w16cid:durableId="2140150565">
    <w:abstractNumId w:val="15"/>
  </w:num>
  <w:num w:numId="25" w16cid:durableId="94516502">
    <w:abstractNumId w:val="23"/>
  </w:num>
  <w:num w:numId="26" w16cid:durableId="83502153">
    <w:abstractNumId w:val="20"/>
  </w:num>
  <w:num w:numId="27" w16cid:durableId="1390569242">
    <w:abstractNumId w:val="17"/>
  </w:num>
  <w:num w:numId="28" w16cid:durableId="1487092266">
    <w:abstractNumId w:val="10"/>
  </w:num>
  <w:num w:numId="29" w16cid:durableId="1722171584">
    <w:abstractNumId w:val="21"/>
  </w:num>
  <w:num w:numId="30" w16cid:durableId="10073649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B43"/>
    <w:rsid w:val="000027B4"/>
    <w:rsid w:val="00003BDF"/>
    <w:rsid w:val="000046CF"/>
    <w:rsid w:val="00004C09"/>
    <w:rsid w:val="0001096A"/>
    <w:rsid w:val="00011E93"/>
    <w:rsid w:val="000137D0"/>
    <w:rsid w:val="00015510"/>
    <w:rsid w:val="00015660"/>
    <w:rsid w:val="00017811"/>
    <w:rsid w:val="0002103C"/>
    <w:rsid w:val="0002676C"/>
    <w:rsid w:val="000312AE"/>
    <w:rsid w:val="00034616"/>
    <w:rsid w:val="00040EA5"/>
    <w:rsid w:val="00041461"/>
    <w:rsid w:val="00042353"/>
    <w:rsid w:val="00044A06"/>
    <w:rsid w:val="00045075"/>
    <w:rsid w:val="0004562A"/>
    <w:rsid w:val="00047DA5"/>
    <w:rsid w:val="00050E4E"/>
    <w:rsid w:val="0005210A"/>
    <w:rsid w:val="000600FE"/>
    <w:rsid w:val="0006063C"/>
    <w:rsid w:val="00060688"/>
    <w:rsid w:val="00063B44"/>
    <w:rsid w:val="00063B9D"/>
    <w:rsid w:val="000657C3"/>
    <w:rsid w:val="00066302"/>
    <w:rsid w:val="00067369"/>
    <w:rsid w:val="00074A94"/>
    <w:rsid w:val="00077464"/>
    <w:rsid w:val="000868D6"/>
    <w:rsid w:val="00086B0D"/>
    <w:rsid w:val="000904FE"/>
    <w:rsid w:val="000918F2"/>
    <w:rsid w:val="0009430C"/>
    <w:rsid w:val="00095CD5"/>
    <w:rsid w:val="000A22F2"/>
    <w:rsid w:val="000A2692"/>
    <w:rsid w:val="000A4196"/>
    <w:rsid w:val="000A531B"/>
    <w:rsid w:val="000C5B95"/>
    <w:rsid w:val="000C7AE9"/>
    <w:rsid w:val="000D3EB1"/>
    <w:rsid w:val="000E170A"/>
    <w:rsid w:val="000F018E"/>
    <w:rsid w:val="001021E8"/>
    <w:rsid w:val="00104B40"/>
    <w:rsid w:val="00107639"/>
    <w:rsid w:val="001109D5"/>
    <w:rsid w:val="00113F4F"/>
    <w:rsid w:val="00114F55"/>
    <w:rsid w:val="00115706"/>
    <w:rsid w:val="001161D5"/>
    <w:rsid w:val="0011777C"/>
    <w:rsid w:val="00121731"/>
    <w:rsid w:val="00122716"/>
    <w:rsid w:val="00122DAC"/>
    <w:rsid w:val="00124436"/>
    <w:rsid w:val="0012586E"/>
    <w:rsid w:val="0012645F"/>
    <w:rsid w:val="00130A22"/>
    <w:rsid w:val="00131DE6"/>
    <w:rsid w:val="00143D49"/>
    <w:rsid w:val="00145BD9"/>
    <w:rsid w:val="00147FCB"/>
    <w:rsid w:val="0015074B"/>
    <w:rsid w:val="00161D0D"/>
    <w:rsid w:val="001659C0"/>
    <w:rsid w:val="00167E9D"/>
    <w:rsid w:val="0017190B"/>
    <w:rsid w:val="00175310"/>
    <w:rsid w:val="0018583D"/>
    <w:rsid w:val="00187090"/>
    <w:rsid w:val="00192A39"/>
    <w:rsid w:val="00193E4D"/>
    <w:rsid w:val="00197B02"/>
    <w:rsid w:val="001A0D7E"/>
    <w:rsid w:val="001A1804"/>
    <w:rsid w:val="001A1B4B"/>
    <w:rsid w:val="001A48EB"/>
    <w:rsid w:val="001A4978"/>
    <w:rsid w:val="001A68E7"/>
    <w:rsid w:val="001B5408"/>
    <w:rsid w:val="001B694D"/>
    <w:rsid w:val="001C072A"/>
    <w:rsid w:val="001C1D7B"/>
    <w:rsid w:val="001C2887"/>
    <w:rsid w:val="001D1BA3"/>
    <w:rsid w:val="001D33BA"/>
    <w:rsid w:val="001D4252"/>
    <w:rsid w:val="001D49BA"/>
    <w:rsid w:val="001D769E"/>
    <w:rsid w:val="001E3F52"/>
    <w:rsid w:val="001F40DF"/>
    <w:rsid w:val="001F464C"/>
    <w:rsid w:val="001F5DC1"/>
    <w:rsid w:val="001F7647"/>
    <w:rsid w:val="002003D8"/>
    <w:rsid w:val="0020444E"/>
    <w:rsid w:val="002052C6"/>
    <w:rsid w:val="0022122E"/>
    <w:rsid w:val="00224CF1"/>
    <w:rsid w:val="0023015E"/>
    <w:rsid w:val="00230A39"/>
    <w:rsid w:val="002356F7"/>
    <w:rsid w:val="00235B37"/>
    <w:rsid w:val="00241ED4"/>
    <w:rsid w:val="0024245B"/>
    <w:rsid w:val="0024484F"/>
    <w:rsid w:val="00245656"/>
    <w:rsid w:val="002527E9"/>
    <w:rsid w:val="00253EA7"/>
    <w:rsid w:val="00266C95"/>
    <w:rsid w:val="002703A9"/>
    <w:rsid w:val="002705F2"/>
    <w:rsid w:val="00270D10"/>
    <w:rsid w:val="00274341"/>
    <w:rsid w:val="002759CA"/>
    <w:rsid w:val="00281ED7"/>
    <w:rsid w:val="00283F8F"/>
    <w:rsid w:val="002856C3"/>
    <w:rsid w:val="00290DF9"/>
    <w:rsid w:val="00292144"/>
    <w:rsid w:val="002940DE"/>
    <w:rsid w:val="0029489B"/>
    <w:rsid w:val="002950B1"/>
    <w:rsid w:val="0029639D"/>
    <w:rsid w:val="002A07EF"/>
    <w:rsid w:val="002B2071"/>
    <w:rsid w:val="002B2936"/>
    <w:rsid w:val="002C0A55"/>
    <w:rsid w:val="002C5095"/>
    <w:rsid w:val="002C678E"/>
    <w:rsid w:val="002C6C34"/>
    <w:rsid w:val="002D0AE3"/>
    <w:rsid w:val="002D3C6C"/>
    <w:rsid w:val="002E0DAE"/>
    <w:rsid w:val="002E0FD5"/>
    <w:rsid w:val="002E4A20"/>
    <w:rsid w:val="002E5074"/>
    <w:rsid w:val="002E5E35"/>
    <w:rsid w:val="002F00CB"/>
    <w:rsid w:val="002F1758"/>
    <w:rsid w:val="002F534A"/>
    <w:rsid w:val="003006D3"/>
    <w:rsid w:val="00300B7A"/>
    <w:rsid w:val="0030154F"/>
    <w:rsid w:val="00303C47"/>
    <w:rsid w:val="003067AF"/>
    <w:rsid w:val="0030762F"/>
    <w:rsid w:val="003108EC"/>
    <w:rsid w:val="00311278"/>
    <w:rsid w:val="00313ECD"/>
    <w:rsid w:val="00316717"/>
    <w:rsid w:val="003235E8"/>
    <w:rsid w:val="00324151"/>
    <w:rsid w:val="003246C1"/>
    <w:rsid w:val="0032476D"/>
    <w:rsid w:val="00326F90"/>
    <w:rsid w:val="0033046E"/>
    <w:rsid w:val="0033282E"/>
    <w:rsid w:val="00333207"/>
    <w:rsid w:val="0033626E"/>
    <w:rsid w:val="00353C47"/>
    <w:rsid w:val="00355A8A"/>
    <w:rsid w:val="00355C19"/>
    <w:rsid w:val="0036108C"/>
    <w:rsid w:val="003615E7"/>
    <w:rsid w:val="0037103E"/>
    <w:rsid w:val="00373E9B"/>
    <w:rsid w:val="003779DB"/>
    <w:rsid w:val="003863C2"/>
    <w:rsid w:val="00397563"/>
    <w:rsid w:val="00397CE9"/>
    <w:rsid w:val="003A48AA"/>
    <w:rsid w:val="003A5706"/>
    <w:rsid w:val="003A5C1D"/>
    <w:rsid w:val="003B10EC"/>
    <w:rsid w:val="003B15DC"/>
    <w:rsid w:val="003B6E85"/>
    <w:rsid w:val="003B7873"/>
    <w:rsid w:val="003C1854"/>
    <w:rsid w:val="003C36A5"/>
    <w:rsid w:val="003C4BA2"/>
    <w:rsid w:val="003C657A"/>
    <w:rsid w:val="003C780B"/>
    <w:rsid w:val="003D085B"/>
    <w:rsid w:val="003D16E3"/>
    <w:rsid w:val="003D44C2"/>
    <w:rsid w:val="003D455C"/>
    <w:rsid w:val="003D6F0A"/>
    <w:rsid w:val="003E134B"/>
    <w:rsid w:val="003E2A0C"/>
    <w:rsid w:val="003E2CAA"/>
    <w:rsid w:val="003E3722"/>
    <w:rsid w:val="003E55DA"/>
    <w:rsid w:val="003E5A8C"/>
    <w:rsid w:val="003E67DF"/>
    <w:rsid w:val="003F30B5"/>
    <w:rsid w:val="003F456D"/>
    <w:rsid w:val="004017CA"/>
    <w:rsid w:val="00402153"/>
    <w:rsid w:val="004025D5"/>
    <w:rsid w:val="0040482E"/>
    <w:rsid w:val="00405A57"/>
    <w:rsid w:val="00410F7C"/>
    <w:rsid w:val="00411BB4"/>
    <w:rsid w:val="00411D72"/>
    <w:rsid w:val="0041721F"/>
    <w:rsid w:val="00417F23"/>
    <w:rsid w:val="00420A70"/>
    <w:rsid w:val="00420C55"/>
    <w:rsid w:val="00422221"/>
    <w:rsid w:val="00424553"/>
    <w:rsid w:val="004269B9"/>
    <w:rsid w:val="00426D25"/>
    <w:rsid w:val="00430BD9"/>
    <w:rsid w:val="00430BF4"/>
    <w:rsid w:val="00431DB4"/>
    <w:rsid w:val="004368B8"/>
    <w:rsid w:val="00436DB7"/>
    <w:rsid w:val="004401AF"/>
    <w:rsid w:val="00440326"/>
    <w:rsid w:val="004405D5"/>
    <w:rsid w:val="0044089E"/>
    <w:rsid w:val="0044158D"/>
    <w:rsid w:val="00441EBA"/>
    <w:rsid w:val="00447954"/>
    <w:rsid w:val="00454BEC"/>
    <w:rsid w:val="00455922"/>
    <w:rsid w:val="00466E12"/>
    <w:rsid w:val="004679BB"/>
    <w:rsid w:val="00470C58"/>
    <w:rsid w:val="00470F35"/>
    <w:rsid w:val="004742D7"/>
    <w:rsid w:val="00476755"/>
    <w:rsid w:val="00477BA5"/>
    <w:rsid w:val="00485556"/>
    <w:rsid w:val="004863A4"/>
    <w:rsid w:val="004903EA"/>
    <w:rsid w:val="0049108D"/>
    <w:rsid w:val="00491F42"/>
    <w:rsid w:val="00497E27"/>
    <w:rsid w:val="00497FD7"/>
    <w:rsid w:val="004A06F0"/>
    <w:rsid w:val="004A4660"/>
    <w:rsid w:val="004B482A"/>
    <w:rsid w:val="004B7B76"/>
    <w:rsid w:val="004C233A"/>
    <w:rsid w:val="004C6D02"/>
    <w:rsid w:val="004C759D"/>
    <w:rsid w:val="004D0ABC"/>
    <w:rsid w:val="004D1626"/>
    <w:rsid w:val="004D2684"/>
    <w:rsid w:val="004D46F8"/>
    <w:rsid w:val="004D4C55"/>
    <w:rsid w:val="004D59A1"/>
    <w:rsid w:val="004E4D3F"/>
    <w:rsid w:val="004E75EF"/>
    <w:rsid w:val="004E7A86"/>
    <w:rsid w:val="004F3685"/>
    <w:rsid w:val="00500CB2"/>
    <w:rsid w:val="00501E21"/>
    <w:rsid w:val="00501F87"/>
    <w:rsid w:val="00503766"/>
    <w:rsid w:val="00510AEC"/>
    <w:rsid w:val="0051184A"/>
    <w:rsid w:val="00512E45"/>
    <w:rsid w:val="005141A1"/>
    <w:rsid w:val="0052072F"/>
    <w:rsid w:val="00524782"/>
    <w:rsid w:val="00525CDE"/>
    <w:rsid w:val="00526484"/>
    <w:rsid w:val="005275E7"/>
    <w:rsid w:val="005344B0"/>
    <w:rsid w:val="005348DB"/>
    <w:rsid w:val="00536A96"/>
    <w:rsid w:val="00540A98"/>
    <w:rsid w:val="0054628A"/>
    <w:rsid w:val="00547300"/>
    <w:rsid w:val="00547814"/>
    <w:rsid w:val="00553829"/>
    <w:rsid w:val="00554E26"/>
    <w:rsid w:val="00555C8B"/>
    <w:rsid w:val="00556DE1"/>
    <w:rsid w:val="00557A91"/>
    <w:rsid w:val="00557FB4"/>
    <w:rsid w:val="0056275F"/>
    <w:rsid w:val="00562F56"/>
    <w:rsid w:val="00563122"/>
    <w:rsid w:val="00573986"/>
    <w:rsid w:val="0057420C"/>
    <w:rsid w:val="00576ED0"/>
    <w:rsid w:val="005775A1"/>
    <w:rsid w:val="0058158D"/>
    <w:rsid w:val="00582072"/>
    <w:rsid w:val="00586F00"/>
    <w:rsid w:val="00590853"/>
    <w:rsid w:val="0059518E"/>
    <w:rsid w:val="005A05BA"/>
    <w:rsid w:val="005A2032"/>
    <w:rsid w:val="005A2789"/>
    <w:rsid w:val="005A2FE7"/>
    <w:rsid w:val="005A57D2"/>
    <w:rsid w:val="005A580F"/>
    <w:rsid w:val="005A63B0"/>
    <w:rsid w:val="005B22D2"/>
    <w:rsid w:val="005B3316"/>
    <w:rsid w:val="005B3C37"/>
    <w:rsid w:val="005B3CD3"/>
    <w:rsid w:val="005B652C"/>
    <w:rsid w:val="005B69ED"/>
    <w:rsid w:val="005B7B04"/>
    <w:rsid w:val="005C05BF"/>
    <w:rsid w:val="005C25B5"/>
    <w:rsid w:val="005C2B85"/>
    <w:rsid w:val="005C39FE"/>
    <w:rsid w:val="005C55B1"/>
    <w:rsid w:val="005C6279"/>
    <w:rsid w:val="005D5439"/>
    <w:rsid w:val="005D558D"/>
    <w:rsid w:val="005D568F"/>
    <w:rsid w:val="005D63BB"/>
    <w:rsid w:val="005E01EA"/>
    <w:rsid w:val="005E71AE"/>
    <w:rsid w:val="005E7690"/>
    <w:rsid w:val="005E78D3"/>
    <w:rsid w:val="0060000A"/>
    <w:rsid w:val="00603E73"/>
    <w:rsid w:val="0061112B"/>
    <w:rsid w:val="006123A9"/>
    <w:rsid w:val="0061600D"/>
    <w:rsid w:val="006247CA"/>
    <w:rsid w:val="00626CEF"/>
    <w:rsid w:val="00632762"/>
    <w:rsid w:val="0063628A"/>
    <w:rsid w:val="006379BA"/>
    <w:rsid w:val="00643A9A"/>
    <w:rsid w:val="00643D74"/>
    <w:rsid w:val="006469AD"/>
    <w:rsid w:val="00650C29"/>
    <w:rsid w:val="006520B0"/>
    <w:rsid w:val="00652630"/>
    <w:rsid w:val="00654494"/>
    <w:rsid w:val="00671CA2"/>
    <w:rsid w:val="006735BA"/>
    <w:rsid w:val="00676401"/>
    <w:rsid w:val="00676CE4"/>
    <w:rsid w:val="00684044"/>
    <w:rsid w:val="006853EE"/>
    <w:rsid w:val="006867EF"/>
    <w:rsid w:val="00691201"/>
    <w:rsid w:val="00693E2D"/>
    <w:rsid w:val="006A191A"/>
    <w:rsid w:val="006A42FE"/>
    <w:rsid w:val="006A60A8"/>
    <w:rsid w:val="006A6E4A"/>
    <w:rsid w:val="006B1605"/>
    <w:rsid w:val="006B4983"/>
    <w:rsid w:val="006B49A7"/>
    <w:rsid w:val="006C2C72"/>
    <w:rsid w:val="006C303C"/>
    <w:rsid w:val="006C5454"/>
    <w:rsid w:val="006C5E58"/>
    <w:rsid w:val="006C6CAA"/>
    <w:rsid w:val="006D10CE"/>
    <w:rsid w:val="006D5E03"/>
    <w:rsid w:val="006D763B"/>
    <w:rsid w:val="006E07A8"/>
    <w:rsid w:val="006E21CB"/>
    <w:rsid w:val="006E6B0F"/>
    <w:rsid w:val="006F2ED8"/>
    <w:rsid w:val="006F45C7"/>
    <w:rsid w:val="0070189B"/>
    <w:rsid w:val="007022D1"/>
    <w:rsid w:val="007028E2"/>
    <w:rsid w:val="00704089"/>
    <w:rsid w:val="007225EE"/>
    <w:rsid w:val="00732504"/>
    <w:rsid w:val="0073293D"/>
    <w:rsid w:val="00734962"/>
    <w:rsid w:val="00736487"/>
    <w:rsid w:val="00736CF3"/>
    <w:rsid w:val="00745AAE"/>
    <w:rsid w:val="00746A34"/>
    <w:rsid w:val="00746F40"/>
    <w:rsid w:val="0075449D"/>
    <w:rsid w:val="00755C24"/>
    <w:rsid w:val="00756F1A"/>
    <w:rsid w:val="00756F2B"/>
    <w:rsid w:val="00772B79"/>
    <w:rsid w:val="00773A54"/>
    <w:rsid w:val="00775731"/>
    <w:rsid w:val="007757FB"/>
    <w:rsid w:val="007860E8"/>
    <w:rsid w:val="00796677"/>
    <w:rsid w:val="0079725C"/>
    <w:rsid w:val="007A1209"/>
    <w:rsid w:val="007A4756"/>
    <w:rsid w:val="007A47E0"/>
    <w:rsid w:val="007A5A22"/>
    <w:rsid w:val="007A6551"/>
    <w:rsid w:val="007B1E3F"/>
    <w:rsid w:val="007B23EB"/>
    <w:rsid w:val="007B6CC7"/>
    <w:rsid w:val="007C1409"/>
    <w:rsid w:val="007C25F5"/>
    <w:rsid w:val="007C2BEB"/>
    <w:rsid w:val="007C3849"/>
    <w:rsid w:val="007D189B"/>
    <w:rsid w:val="007D1A9B"/>
    <w:rsid w:val="007D1EB8"/>
    <w:rsid w:val="007D77C6"/>
    <w:rsid w:val="007D796E"/>
    <w:rsid w:val="007E0484"/>
    <w:rsid w:val="007E1CB0"/>
    <w:rsid w:val="007E3B04"/>
    <w:rsid w:val="007E5350"/>
    <w:rsid w:val="007E7A08"/>
    <w:rsid w:val="007F1EF0"/>
    <w:rsid w:val="007F3BCF"/>
    <w:rsid w:val="007F3C46"/>
    <w:rsid w:val="007F5EE1"/>
    <w:rsid w:val="007F6D64"/>
    <w:rsid w:val="00805492"/>
    <w:rsid w:val="008118A1"/>
    <w:rsid w:val="00822D3C"/>
    <w:rsid w:val="00823ECE"/>
    <w:rsid w:val="00824946"/>
    <w:rsid w:val="008249CC"/>
    <w:rsid w:val="00824AED"/>
    <w:rsid w:val="008263D4"/>
    <w:rsid w:val="00827059"/>
    <w:rsid w:val="008323B7"/>
    <w:rsid w:val="0083373B"/>
    <w:rsid w:val="00833BD4"/>
    <w:rsid w:val="0083522B"/>
    <w:rsid w:val="008473BA"/>
    <w:rsid w:val="00850B02"/>
    <w:rsid w:val="00850CEE"/>
    <w:rsid w:val="00851FF1"/>
    <w:rsid w:val="008631C4"/>
    <w:rsid w:val="00867127"/>
    <w:rsid w:val="008675BF"/>
    <w:rsid w:val="008724F6"/>
    <w:rsid w:val="00872F55"/>
    <w:rsid w:val="0087311E"/>
    <w:rsid w:val="00882F40"/>
    <w:rsid w:val="008930D8"/>
    <w:rsid w:val="008A1EEA"/>
    <w:rsid w:val="008A4B99"/>
    <w:rsid w:val="008A4F17"/>
    <w:rsid w:val="008B7E71"/>
    <w:rsid w:val="008C34B9"/>
    <w:rsid w:val="008C3DF6"/>
    <w:rsid w:val="008C5E93"/>
    <w:rsid w:val="008E06C3"/>
    <w:rsid w:val="008E2EBE"/>
    <w:rsid w:val="008E4FB5"/>
    <w:rsid w:val="008E731B"/>
    <w:rsid w:val="008E7378"/>
    <w:rsid w:val="008F04DE"/>
    <w:rsid w:val="008F1456"/>
    <w:rsid w:val="008F3967"/>
    <w:rsid w:val="008F3BD9"/>
    <w:rsid w:val="009026E0"/>
    <w:rsid w:val="0090643B"/>
    <w:rsid w:val="00907758"/>
    <w:rsid w:val="009121DC"/>
    <w:rsid w:val="00912CDE"/>
    <w:rsid w:val="0091372F"/>
    <w:rsid w:val="00915207"/>
    <w:rsid w:val="00917D79"/>
    <w:rsid w:val="0092283A"/>
    <w:rsid w:val="00922B37"/>
    <w:rsid w:val="00923105"/>
    <w:rsid w:val="009243DA"/>
    <w:rsid w:val="0092477A"/>
    <w:rsid w:val="00925CF0"/>
    <w:rsid w:val="009276DF"/>
    <w:rsid w:val="009332E0"/>
    <w:rsid w:val="00935697"/>
    <w:rsid w:val="00935E10"/>
    <w:rsid w:val="00937FF5"/>
    <w:rsid w:val="009426E5"/>
    <w:rsid w:val="0094495D"/>
    <w:rsid w:val="00952CB1"/>
    <w:rsid w:val="00956B88"/>
    <w:rsid w:val="00957D5C"/>
    <w:rsid w:val="00960814"/>
    <w:rsid w:val="00961EB4"/>
    <w:rsid w:val="00962499"/>
    <w:rsid w:val="009653BA"/>
    <w:rsid w:val="0096612C"/>
    <w:rsid w:val="0097109D"/>
    <w:rsid w:val="0097309D"/>
    <w:rsid w:val="00973C58"/>
    <w:rsid w:val="00976322"/>
    <w:rsid w:val="00976BC4"/>
    <w:rsid w:val="009778AE"/>
    <w:rsid w:val="009804F1"/>
    <w:rsid w:val="0098199A"/>
    <w:rsid w:val="009848AA"/>
    <w:rsid w:val="009853AF"/>
    <w:rsid w:val="009902F9"/>
    <w:rsid w:val="0099105A"/>
    <w:rsid w:val="009946F1"/>
    <w:rsid w:val="00996416"/>
    <w:rsid w:val="00997135"/>
    <w:rsid w:val="009A247E"/>
    <w:rsid w:val="009A304B"/>
    <w:rsid w:val="009A5785"/>
    <w:rsid w:val="009B1CC4"/>
    <w:rsid w:val="009B6355"/>
    <w:rsid w:val="009B64BB"/>
    <w:rsid w:val="009C0639"/>
    <w:rsid w:val="009C1577"/>
    <w:rsid w:val="009C221B"/>
    <w:rsid w:val="009D0F77"/>
    <w:rsid w:val="009D14D9"/>
    <w:rsid w:val="009D1D02"/>
    <w:rsid w:val="009E0D27"/>
    <w:rsid w:val="009F0586"/>
    <w:rsid w:val="009F12B1"/>
    <w:rsid w:val="009F1BC4"/>
    <w:rsid w:val="009F5C53"/>
    <w:rsid w:val="009F6293"/>
    <w:rsid w:val="00A020A0"/>
    <w:rsid w:val="00A028E3"/>
    <w:rsid w:val="00A06140"/>
    <w:rsid w:val="00A06842"/>
    <w:rsid w:val="00A06A93"/>
    <w:rsid w:val="00A1227E"/>
    <w:rsid w:val="00A146A8"/>
    <w:rsid w:val="00A1497A"/>
    <w:rsid w:val="00A17A35"/>
    <w:rsid w:val="00A24C84"/>
    <w:rsid w:val="00A3188A"/>
    <w:rsid w:val="00A31D27"/>
    <w:rsid w:val="00A3598C"/>
    <w:rsid w:val="00A42808"/>
    <w:rsid w:val="00A43553"/>
    <w:rsid w:val="00A43F2C"/>
    <w:rsid w:val="00A46828"/>
    <w:rsid w:val="00A50206"/>
    <w:rsid w:val="00A51B6D"/>
    <w:rsid w:val="00A51BA0"/>
    <w:rsid w:val="00A51E4A"/>
    <w:rsid w:val="00A52F4A"/>
    <w:rsid w:val="00A538ED"/>
    <w:rsid w:val="00A61DF0"/>
    <w:rsid w:val="00A63161"/>
    <w:rsid w:val="00A63D77"/>
    <w:rsid w:val="00A6565E"/>
    <w:rsid w:val="00A75EA4"/>
    <w:rsid w:val="00A851EC"/>
    <w:rsid w:val="00A92ACC"/>
    <w:rsid w:val="00A94071"/>
    <w:rsid w:val="00A94F7D"/>
    <w:rsid w:val="00AA1D8D"/>
    <w:rsid w:val="00AA1E46"/>
    <w:rsid w:val="00AA249F"/>
    <w:rsid w:val="00AA699E"/>
    <w:rsid w:val="00AA6ED8"/>
    <w:rsid w:val="00AA7612"/>
    <w:rsid w:val="00AC2516"/>
    <w:rsid w:val="00AC558F"/>
    <w:rsid w:val="00AC7070"/>
    <w:rsid w:val="00AD16C7"/>
    <w:rsid w:val="00AD342E"/>
    <w:rsid w:val="00AE26C5"/>
    <w:rsid w:val="00AE5A2F"/>
    <w:rsid w:val="00AF1AFC"/>
    <w:rsid w:val="00AF22D6"/>
    <w:rsid w:val="00AF2575"/>
    <w:rsid w:val="00AF39B3"/>
    <w:rsid w:val="00AF69E7"/>
    <w:rsid w:val="00B035A8"/>
    <w:rsid w:val="00B0464B"/>
    <w:rsid w:val="00B06620"/>
    <w:rsid w:val="00B109C9"/>
    <w:rsid w:val="00B11645"/>
    <w:rsid w:val="00B1745A"/>
    <w:rsid w:val="00B20805"/>
    <w:rsid w:val="00B208B4"/>
    <w:rsid w:val="00B211A4"/>
    <w:rsid w:val="00B24838"/>
    <w:rsid w:val="00B25908"/>
    <w:rsid w:val="00B2659D"/>
    <w:rsid w:val="00B277F5"/>
    <w:rsid w:val="00B350A5"/>
    <w:rsid w:val="00B350F5"/>
    <w:rsid w:val="00B37C96"/>
    <w:rsid w:val="00B40062"/>
    <w:rsid w:val="00B47730"/>
    <w:rsid w:val="00B50AC8"/>
    <w:rsid w:val="00B558DB"/>
    <w:rsid w:val="00B56D07"/>
    <w:rsid w:val="00B56F8D"/>
    <w:rsid w:val="00B616EC"/>
    <w:rsid w:val="00B73244"/>
    <w:rsid w:val="00B73C98"/>
    <w:rsid w:val="00B73EDB"/>
    <w:rsid w:val="00B75AFC"/>
    <w:rsid w:val="00B81C04"/>
    <w:rsid w:val="00B825A9"/>
    <w:rsid w:val="00B84C90"/>
    <w:rsid w:val="00B903FA"/>
    <w:rsid w:val="00B93EE6"/>
    <w:rsid w:val="00B9682E"/>
    <w:rsid w:val="00B96EEC"/>
    <w:rsid w:val="00B97241"/>
    <w:rsid w:val="00B97FF1"/>
    <w:rsid w:val="00BA064C"/>
    <w:rsid w:val="00BA43F6"/>
    <w:rsid w:val="00BA4BD8"/>
    <w:rsid w:val="00BA7AEF"/>
    <w:rsid w:val="00BA7DC9"/>
    <w:rsid w:val="00BB0DBE"/>
    <w:rsid w:val="00BB2156"/>
    <w:rsid w:val="00BB2B39"/>
    <w:rsid w:val="00BB3F64"/>
    <w:rsid w:val="00BB5CAB"/>
    <w:rsid w:val="00BC2332"/>
    <w:rsid w:val="00BC467E"/>
    <w:rsid w:val="00BD13DF"/>
    <w:rsid w:val="00BD17C2"/>
    <w:rsid w:val="00BD2E49"/>
    <w:rsid w:val="00BD42E5"/>
    <w:rsid w:val="00BD6D2E"/>
    <w:rsid w:val="00BE3B14"/>
    <w:rsid w:val="00BE4976"/>
    <w:rsid w:val="00BE6C3C"/>
    <w:rsid w:val="00BF0A85"/>
    <w:rsid w:val="00BF2879"/>
    <w:rsid w:val="00BF29FE"/>
    <w:rsid w:val="00BF476A"/>
    <w:rsid w:val="00BF54BE"/>
    <w:rsid w:val="00C01E57"/>
    <w:rsid w:val="00C039D7"/>
    <w:rsid w:val="00C03B7E"/>
    <w:rsid w:val="00C06079"/>
    <w:rsid w:val="00C11A0B"/>
    <w:rsid w:val="00C12606"/>
    <w:rsid w:val="00C1268B"/>
    <w:rsid w:val="00C1776E"/>
    <w:rsid w:val="00C22335"/>
    <w:rsid w:val="00C24D13"/>
    <w:rsid w:val="00C3298C"/>
    <w:rsid w:val="00C33183"/>
    <w:rsid w:val="00C34C61"/>
    <w:rsid w:val="00C36799"/>
    <w:rsid w:val="00C40A26"/>
    <w:rsid w:val="00C423AB"/>
    <w:rsid w:val="00C4589B"/>
    <w:rsid w:val="00C459A2"/>
    <w:rsid w:val="00C46695"/>
    <w:rsid w:val="00C501EA"/>
    <w:rsid w:val="00C5075A"/>
    <w:rsid w:val="00C56C26"/>
    <w:rsid w:val="00C5705A"/>
    <w:rsid w:val="00C62423"/>
    <w:rsid w:val="00C65015"/>
    <w:rsid w:val="00C67D45"/>
    <w:rsid w:val="00C71081"/>
    <w:rsid w:val="00C7173F"/>
    <w:rsid w:val="00C71D2B"/>
    <w:rsid w:val="00C74A41"/>
    <w:rsid w:val="00C76324"/>
    <w:rsid w:val="00C82AFD"/>
    <w:rsid w:val="00C9055D"/>
    <w:rsid w:val="00C91069"/>
    <w:rsid w:val="00C9159A"/>
    <w:rsid w:val="00C91F72"/>
    <w:rsid w:val="00C93F04"/>
    <w:rsid w:val="00C97DAC"/>
    <w:rsid w:val="00C97F5A"/>
    <w:rsid w:val="00CA7123"/>
    <w:rsid w:val="00CA7860"/>
    <w:rsid w:val="00CA7A5A"/>
    <w:rsid w:val="00CB03A5"/>
    <w:rsid w:val="00CB0664"/>
    <w:rsid w:val="00CB38B0"/>
    <w:rsid w:val="00CB6ACC"/>
    <w:rsid w:val="00CB7CFC"/>
    <w:rsid w:val="00CC145F"/>
    <w:rsid w:val="00CC2F36"/>
    <w:rsid w:val="00CC396F"/>
    <w:rsid w:val="00CC5988"/>
    <w:rsid w:val="00CD0B6C"/>
    <w:rsid w:val="00CD2F54"/>
    <w:rsid w:val="00CD5492"/>
    <w:rsid w:val="00CD5C15"/>
    <w:rsid w:val="00CE015A"/>
    <w:rsid w:val="00CE2108"/>
    <w:rsid w:val="00CE73C4"/>
    <w:rsid w:val="00CF2F5E"/>
    <w:rsid w:val="00CF4D5E"/>
    <w:rsid w:val="00CF5A83"/>
    <w:rsid w:val="00CF5CC2"/>
    <w:rsid w:val="00D054AC"/>
    <w:rsid w:val="00D07F3B"/>
    <w:rsid w:val="00D1299E"/>
    <w:rsid w:val="00D166E5"/>
    <w:rsid w:val="00D17A32"/>
    <w:rsid w:val="00D235F9"/>
    <w:rsid w:val="00D3117F"/>
    <w:rsid w:val="00D312FD"/>
    <w:rsid w:val="00D31633"/>
    <w:rsid w:val="00D32403"/>
    <w:rsid w:val="00D32618"/>
    <w:rsid w:val="00D40361"/>
    <w:rsid w:val="00D431B2"/>
    <w:rsid w:val="00D4453E"/>
    <w:rsid w:val="00D44C69"/>
    <w:rsid w:val="00D46390"/>
    <w:rsid w:val="00D570D8"/>
    <w:rsid w:val="00D5724D"/>
    <w:rsid w:val="00D600A0"/>
    <w:rsid w:val="00D604C0"/>
    <w:rsid w:val="00D670BE"/>
    <w:rsid w:val="00D71459"/>
    <w:rsid w:val="00D72CB3"/>
    <w:rsid w:val="00D7433F"/>
    <w:rsid w:val="00D76F3A"/>
    <w:rsid w:val="00D82EDF"/>
    <w:rsid w:val="00D87822"/>
    <w:rsid w:val="00D87A71"/>
    <w:rsid w:val="00D90CE2"/>
    <w:rsid w:val="00D92E55"/>
    <w:rsid w:val="00D93BF5"/>
    <w:rsid w:val="00D94101"/>
    <w:rsid w:val="00D96B42"/>
    <w:rsid w:val="00DA17CD"/>
    <w:rsid w:val="00DA1989"/>
    <w:rsid w:val="00DA2FA0"/>
    <w:rsid w:val="00DA55BE"/>
    <w:rsid w:val="00DA703F"/>
    <w:rsid w:val="00DB0791"/>
    <w:rsid w:val="00DB17E2"/>
    <w:rsid w:val="00DB3745"/>
    <w:rsid w:val="00DB5A8D"/>
    <w:rsid w:val="00DB6282"/>
    <w:rsid w:val="00DB6CC3"/>
    <w:rsid w:val="00DB6F82"/>
    <w:rsid w:val="00DC1102"/>
    <w:rsid w:val="00DD25DE"/>
    <w:rsid w:val="00DD559B"/>
    <w:rsid w:val="00DE125D"/>
    <w:rsid w:val="00DE31EE"/>
    <w:rsid w:val="00DE3868"/>
    <w:rsid w:val="00DE5175"/>
    <w:rsid w:val="00DF0861"/>
    <w:rsid w:val="00DF14D5"/>
    <w:rsid w:val="00DF2E84"/>
    <w:rsid w:val="00DF496E"/>
    <w:rsid w:val="00DF526B"/>
    <w:rsid w:val="00E007DF"/>
    <w:rsid w:val="00E00B33"/>
    <w:rsid w:val="00E03011"/>
    <w:rsid w:val="00E101BD"/>
    <w:rsid w:val="00E134A4"/>
    <w:rsid w:val="00E144BD"/>
    <w:rsid w:val="00E1589A"/>
    <w:rsid w:val="00E25412"/>
    <w:rsid w:val="00E27ED7"/>
    <w:rsid w:val="00E301B0"/>
    <w:rsid w:val="00E30AA9"/>
    <w:rsid w:val="00E3317E"/>
    <w:rsid w:val="00E34AF1"/>
    <w:rsid w:val="00E417BB"/>
    <w:rsid w:val="00E436C4"/>
    <w:rsid w:val="00E43AB7"/>
    <w:rsid w:val="00E549EF"/>
    <w:rsid w:val="00E56851"/>
    <w:rsid w:val="00E61BF6"/>
    <w:rsid w:val="00E65005"/>
    <w:rsid w:val="00E65D86"/>
    <w:rsid w:val="00E703D2"/>
    <w:rsid w:val="00E739EA"/>
    <w:rsid w:val="00E74F35"/>
    <w:rsid w:val="00E7725E"/>
    <w:rsid w:val="00E915F7"/>
    <w:rsid w:val="00E92CFF"/>
    <w:rsid w:val="00E9300B"/>
    <w:rsid w:val="00E9370C"/>
    <w:rsid w:val="00E948A6"/>
    <w:rsid w:val="00E95E13"/>
    <w:rsid w:val="00E97A6E"/>
    <w:rsid w:val="00EA133E"/>
    <w:rsid w:val="00EA3D74"/>
    <w:rsid w:val="00EA4392"/>
    <w:rsid w:val="00EA4BBE"/>
    <w:rsid w:val="00EB3508"/>
    <w:rsid w:val="00EB4F0B"/>
    <w:rsid w:val="00EC0695"/>
    <w:rsid w:val="00ED18E5"/>
    <w:rsid w:val="00ED254A"/>
    <w:rsid w:val="00ED2C19"/>
    <w:rsid w:val="00ED4F68"/>
    <w:rsid w:val="00ED71B0"/>
    <w:rsid w:val="00EE04DD"/>
    <w:rsid w:val="00EE3328"/>
    <w:rsid w:val="00EF3C86"/>
    <w:rsid w:val="00EF543D"/>
    <w:rsid w:val="00EF71C6"/>
    <w:rsid w:val="00F0069B"/>
    <w:rsid w:val="00F044F3"/>
    <w:rsid w:val="00F07520"/>
    <w:rsid w:val="00F1399D"/>
    <w:rsid w:val="00F15539"/>
    <w:rsid w:val="00F17EE1"/>
    <w:rsid w:val="00F21BBB"/>
    <w:rsid w:val="00F25C81"/>
    <w:rsid w:val="00F3029F"/>
    <w:rsid w:val="00F334BD"/>
    <w:rsid w:val="00F3700F"/>
    <w:rsid w:val="00F4248E"/>
    <w:rsid w:val="00F449E5"/>
    <w:rsid w:val="00F479EC"/>
    <w:rsid w:val="00F47CAD"/>
    <w:rsid w:val="00F51A58"/>
    <w:rsid w:val="00F53764"/>
    <w:rsid w:val="00F54927"/>
    <w:rsid w:val="00F5619B"/>
    <w:rsid w:val="00F6107F"/>
    <w:rsid w:val="00F62D6B"/>
    <w:rsid w:val="00F64B75"/>
    <w:rsid w:val="00F66A96"/>
    <w:rsid w:val="00F810CE"/>
    <w:rsid w:val="00F853BB"/>
    <w:rsid w:val="00F87F9E"/>
    <w:rsid w:val="00FA4A82"/>
    <w:rsid w:val="00FA648C"/>
    <w:rsid w:val="00FA7ED2"/>
    <w:rsid w:val="00FA7F16"/>
    <w:rsid w:val="00FB01C8"/>
    <w:rsid w:val="00FB07FA"/>
    <w:rsid w:val="00FB353F"/>
    <w:rsid w:val="00FB3F3E"/>
    <w:rsid w:val="00FB6CF6"/>
    <w:rsid w:val="00FB7C0A"/>
    <w:rsid w:val="00FC0A22"/>
    <w:rsid w:val="00FC25D4"/>
    <w:rsid w:val="00FC3F9F"/>
    <w:rsid w:val="00FC693F"/>
    <w:rsid w:val="00FD1DAB"/>
    <w:rsid w:val="00FD4B4A"/>
    <w:rsid w:val="00FD5C41"/>
    <w:rsid w:val="00FD629A"/>
    <w:rsid w:val="00FE0F9C"/>
    <w:rsid w:val="00FE23AC"/>
    <w:rsid w:val="00FE2B35"/>
    <w:rsid w:val="00FE467A"/>
    <w:rsid w:val="00FF3E3D"/>
    <w:rsid w:val="00FF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DB108C"/>
  <w14:defaultImageDpi w14:val="300"/>
  <w15:docId w15:val="{EB078EB3-ABE9-4DE6-B80A-51FBEBEF9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Michelle Gustison</cp:lastModifiedBy>
  <cp:revision>68</cp:revision>
  <dcterms:created xsi:type="dcterms:W3CDTF">2026-08-24T20:08:00Z</dcterms:created>
  <dcterms:modified xsi:type="dcterms:W3CDTF">2026-08-28T00:43:00Z</dcterms:modified>
  <cp:category/>
</cp:coreProperties>
</file>